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3EB9" w14:textId="77777777" w:rsidR="00070C06" w:rsidRPr="00541F21" w:rsidRDefault="000B0B98">
      <w:pPr>
        <w:pStyle w:val="Ttulo"/>
        <w:rPr>
          <w:lang w:val="es-PE"/>
        </w:rPr>
      </w:pPr>
      <w:r w:rsidRPr="00541F21">
        <w:rPr>
          <w:lang w:val="es-PE"/>
        </w:rPr>
        <w:t>Informe de cálculos</w:t>
      </w:r>
    </w:p>
    <w:p w14:paraId="4E5D0604" w14:textId="77777777" w:rsidR="00070C06" w:rsidRPr="00541F21" w:rsidRDefault="000B0B98">
      <w:pPr>
        <w:rPr>
          <w:lang w:val="es-PE"/>
        </w:rPr>
      </w:pPr>
      <w:r w:rsidRPr="00541F21">
        <w:rPr>
          <w:b/>
          <w:lang w:val="es-PE"/>
        </w:rPr>
        <w:t>Tolva</w:t>
      </w:r>
    </w:p>
    <w:p w14:paraId="61BC93E1" w14:textId="00410606" w:rsidR="00070C06" w:rsidRPr="00541F21" w:rsidRDefault="000B0B98">
      <w:pPr>
        <w:rPr>
          <w:lang w:val="es-PE"/>
        </w:rPr>
      </w:pPr>
      <w:r w:rsidRPr="00541F21">
        <w:rPr>
          <w:lang w:val="es-PE"/>
        </w:rPr>
        <w:t>SESUVECA SAC</w:t>
      </w:r>
      <w:r w:rsidRPr="00541F21">
        <w:rPr>
          <w:lang w:val="es-PE"/>
        </w:rPr>
        <w:br/>
        <w:t>JAVIER ACEVEDO</w:t>
      </w:r>
    </w:p>
    <w:p w14:paraId="1A820312" w14:textId="77777777" w:rsidR="00070C06" w:rsidRDefault="000B0B98">
      <w:pPr>
        <w:pStyle w:val="Ttulo2"/>
      </w:pPr>
      <w:r>
        <w:t xml:space="preserve">1 </w:t>
      </w:r>
      <w:proofErr w:type="spellStart"/>
      <w:r>
        <w:t>Geometría</w:t>
      </w:r>
      <w:proofErr w:type="spellEnd"/>
      <w:r>
        <w:t xml:space="preserve"> y </w:t>
      </w:r>
      <w:proofErr w:type="spellStart"/>
      <w:r>
        <w:t>capacidad</w:t>
      </w:r>
      <w:proofErr w:type="spellEnd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3969"/>
      </w:tblGrid>
      <w:tr w:rsidR="00070C06" w14:paraId="04A292E2" w14:textId="77777777">
        <w:trPr>
          <w:cantSplit/>
          <w:tblHeader/>
        </w:trPr>
        <w:tc>
          <w:tcPr>
            <w:tcW w:w="5669" w:type="dxa"/>
            <w:shd w:val="clear" w:color="auto" w:fill="E8EEF1"/>
          </w:tcPr>
          <w:p w14:paraId="08BC8556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Dato</w:t>
            </w:r>
          </w:p>
        </w:tc>
        <w:tc>
          <w:tcPr>
            <w:tcW w:w="3969" w:type="dxa"/>
            <w:shd w:val="clear" w:color="auto" w:fill="E8EEF1"/>
          </w:tcPr>
          <w:p w14:paraId="4353E5C5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Valor</w:t>
            </w:r>
          </w:p>
        </w:tc>
      </w:tr>
      <w:tr w:rsidR="00070C06" w14:paraId="40B9A479" w14:textId="77777777">
        <w:trPr>
          <w:cantSplit/>
        </w:trPr>
        <w:tc>
          <w:tcPr>
            <w:tcW w:w="5669" w:type="dxa"/>
          </w:tcPr>
          <w:p w14:paraId="6BE9932F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Boca superior interior</w:t>
            </w:r>
          </w:p>
        </w:tc>
        <w:tc>
          <w:tcPr>
            <w:tcW w:w="3969" w:type="dxa"/>
          </w:tcPr>
          <w:p w14:paraId="7AC05CEB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3 450 × 3 450 mm</w:t>
            </w:r>
          </w:p>
        </w:tc>
      </w:tr>
      <w:tr w:rsidR="00070C06" w14:paraId="6D9B71CB" w14:textId="77777777">
        <w:trPr>
          <w:cantSplit/>
        </w:trPr>
        <w:tc>
          <w:tcPr>
            <w:tcW w:w="5669" w:type="dxa"/>
          </w:tcPr>
          <w:p w14:paraId="2CE78E99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Boca inferior interior</w:t>
            </w:r>
          </w:p>
        </w:tc>
        <w:tc>
          <w:tcPr>
            <w:tcW w:w="3969" w:type="dxa"/>
          </w:tcPr>
          <w:p w14:paraId="4A5658D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1 200 × 800 mm</w:t>
            </w:r>
          </w:p>
        </w:tc>
      </w:tr>
      <w:tr w:rsidR="00070C06" w14:paraId="7F99B66F" w14:textId="77777777">
        <w:trPr>
          <w:cantSplit/>
        </w:trPr>
        <w:tc>
          <w:tcPr>
            <w:tcW w:w="5669" w:type="dxa"/>
          </w:tcPr>
          <w:p w14:paraId="7F69675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Altura recta y transición</w:t>
            </w:r>
          </w:p>
        </w:tc>
        <w:tc>
          <w:tcPr>
            <w:tcW w:w="3969" w:type="dxa"/>
          </w:tcPr>
          <w:p w14:paraId="09AE525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900 mm y 800 mm</w:t>
            </w:r>
          </w:p>
        </w:tc>
      </w:tr>
      <w:tr w:rsidR="00070C06" w14:paraId="3C7006E7" w14:textId="77777777">
        <w:trPr>
          <w:cantSplit/>
        </w:trPr>
        <w:tc>
          <w:tcPr>
            <w:tcW w:w="5669" w:type="dxa"/>
          </w:tcPr>
          <w:p w14:paraId="46F8B091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 xml:space="preserve">Densidad </w:t>
            </w:r>
            <w:r>
              <w:rPr>
                <w:sz w:val="18"/>
              </w:rPr>
              <w:t>aparente del carbón</w:t>
            </w:r>
          </w:p>
        </w:tc>
        <w:tc>
          <w:tcPr>
            <w:tcW w:w="3969" w:type="dxa"/>
          </w:tcPr>
          <w:p w14:paraId="4D9A8869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600 a 1 000 kg/m³</w:t>
            </w:r>
          </w:p>
        </w:tc>
      </w:tr>
      <w:tr w:rsidR="00070C06" w14:paraId="31F759A7" w14:textId="77777777">
        <w:trPr>
          <w:cantSplit/>
        </w:trPr>
        <w:tc>
          <w:tcPr>
            <w:tcW w:w="5669" w:type="dxa"/>
          </w:tcPr>
          <w:p w14:paraId="30C58ED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Gravedad</w:t>
            </w:r>
          </w:p>
        </w:tc>
        <w:tc>
          <w:tcPr>
            <w:tcW w:w="3969" w:type="dxa"/>
          </w:tcPr>
          <w:p w14:paraId="26053CB9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9,80665 m/s²</w:t>
            </w:r>
          </w:p>
        </w:tc>
      </w:tr>
    </w:tbl>
    <w:p w14:paraId="79372A57" w14:textId="77777777" w:rsidR="00070C06" w:rsidRDefault="000B0B98">
      <w:pPr>
        <w:spacing w:after="140"/>
        <w:ind w:left="170"/>
      </w:pPr>
      <w:r>
        <w:t>V = 3,45² × 0,90 + ∫₀⁰·⁸ (1,20 + 2,25z/0,80)(0,80 + 2,65z/0,80) dz</w:t>
      </w:r>
      <w:r>
        <w:br/>
        <w:t>V = 10,71225 + 4,35000 = 15,06225 m³</w:t>
      </w:r>
    </w:p>
    <w:p w14:paraId="5460412B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 xml:space="preserve">m carbón = </w:t>
      </w:r>
      <w:r>
        <w:t>ρ</w:t>
      </w:r>
      <w:r w:rsidRPr="00541F21">
        <w:rPr>
          <w:lang w:val="es-PE"/>
        </w:rPr>
        <w:t>V = 600 × 15,06225 a 1 000 × 15,06225</w:t>
      </w:r>
      <w:r w:rsidRPr="00541F21">
        <w:rPr>
          <w:lang w:val="es-PE"/>
        </w:rPr>
        <w:br/>
        <w:t>m carbón = 9 037,35 a 15 062,25 kg</w:t>
      </w:r>
    </w:p>
    <w:p w14:paraId="0BB0E850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D = (</w:t>
      </w:r>
      <w:r w:rsidRPr="00541F21">
        <w:rPr>
          <w:lang w:val="es-PE"/>
        </w:rPr>
        <w:t>10 338,782 + 500) × 9,80665 / 1 000 = 106,292 kN</w:t>
      </w:r>
      <w:r w:rsidRPr="00541F21">
        <w:rPr>
          <w:lang w:val="es-PE"/>
        </w:rPr>
        <w:br/>
        <w:t>W lleno = 106,292 + 15 062,25 × 9,80665 / 1 000 = 254,002 kN</w:t>
      </w:r>
      <w:r w:rsidRPr="00541F21">
        <w:rPr>
          <w:lang w:val="es-PE"/>
        </w:rPr>
        <w:br/>
        <w:t>R por apoyo = W / 4 = 63,501 kN</w:t>
      </w:r>
    </w:p>
    <w:p w14:paraId="1CCD08CD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Funcionamiento del dosificador</w:t>
      </w:r>
    </w:p>
    <w:p w14:paraId="00D75BBF" w14:textId="77777777" w:rsidR="00070C06" w:rsidRPr="00541F21" w:rsidRDefault="000B0B98">
      <w:pPr>
        <w:rPr>
          <w:lang w:val="es-PE"/>
        </w:rPr>
      </w:pPr>
      <w:r w:rsidRPr="00541F21">
        <w:rPr>
          <w:lang w:val="es-PE"/>
        </w:rPr>
        <w:t>El motorreductor gira una manivela de radio 50 mm. La biela de 400 mm transforma es</w:t>
      </w:r>
      <w:r w:rsidRPr="00541F21">
        <w:rPr>
          <w:lang w:val="es-PE"/>
        </w:rPr>
        <w:t>e giro en el desplazamiento alternativo de 100 mm de la bandeja, apoyada sobre cuatro ruedas. El dosificador está detrás de la compuerta y se desplaza paralelo a su proyección horizontal. La frecuencia de giro regula los ciclos de alimentación.</w:t>
      </w:r>
    </w:p>
    <w:p w14:paraId="60E7557F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Funcionamie</w:t>
      </w:r>
      <w:r w:rsidRPr="00541F21">
        <w:rPr>
          <w:lang w:val="es-PE"/>
        </w:rPr>
        <w:t>nto de la compuerta</w:t>
      </w:r>
    </w:p>
    <w:p w14:paraId="25C7E24D" w14:textId="77777777" w:rsidR="00070C06" w:rsidRPr="00541F21" w:rsidRDefault="000B0B98">
      <w:pPr>
        <w:rPr>
          <w:lang w:val="es-PE"/>
        </w:rPr>
      </w:pPr>
      <w:r w:rsidRPr="00541F21">
        <w:rPr>
          <w:lang w:val="es-PE"/>
        </w:rPr>
        <w:t>El motor con freno transmite el giro al reductor del husillo. El husillo gira y la tuerca viajera, unida a la hoja, desplaza la compuerta sobre sus guías inclinadas 31,122°. Al invertir el giro se cierra. El recorrido es 550 mm para des</w:t>
      </w:r>
      <w:r w:rsidRPr="00541F21">
        <w:rPr>
          <w:lang w:val="es-PE"/>
        </w:rPr>
        <w:t>cubrir una ventana de 500 × 500 mm. Los finales de carrera detienen los extremos y el freno mantiene la posición al parar.</w:t>
      </w:r>
    </w:p>
    <w:p w14:paraId="004157E7" w14:textId="77777777" w:rsidR="00070C06" w:rsidRPr="00541F21" w:rsidRDefault="000B0B98">
      <w:pPr>
        <w:rPr>
          <w:lang w:val="es-PE"/>
        </w:rPr>
      </w:pPr>
      <w:r w:rsidRPr="00541F21">
        <w:rPr>
          <w:lang w:val="es-PE"/>
        </w:rPr>
        <w:br w:type="page"/>
      </w:r>
    </w:p>
    <w:p w14:paraId="65D5E7AC" w14:textId="77777777" w:rsidR="00070C06" w:rsidRPr="00541F21" w:rsidRDefault="000B0B98">
      <w:pPr>
        <w:pStyle w:val="Ttulo1"/>
        <w:rPr>
          <w:lang w:val="es-PE"/>
        </w:rPr>
      </w:pPr>
      <w:r w:rsidRPr="00541F21">
        <w:rPr>
          <w:lang w:val="es-PE"/>
        </w:rPr>
        <w:lastRenderedPageBreak/>
        <w:t xml:space="preserve">2 </w:t>
      </w:r>
      <w:proofErr w:type="gramStart"/>
      <w:r w:rsidRPr="00541F21">
        <w:rPr>
          <w:lang w:val="es-PE"/>
        </w:rPr>
        <w:t>Dosificador</w:t>
      </w:r>
      <w:proofErr w:type="gramEnd"/>
    </w:p>
    <w:p w14:paraId="5A259883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Cinemática</w:t>
      </w:r>
    </w:p>
    <w:p w14:paraId="6F58B872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r = 0,050 m     L = 0,400 m     carrera = 2r = 0,100 m</w:t>
      </w:r>
      <w:r w:rsidRPr="00541F21">
        <w:rPr>
          <w:lang w:val="es-PE"/>
        </w:rPr>
        <w:br/>
      </w:r>
      <w:r>
        <w:t>ω</w:t>
      </w:r>
      <w:r w:rsidRPr="00541F21">
        <w:rPr>
          <w:lang w:val="es-PE"/>
        </w:rPr>
        <w:t xml:space="preserve"> = 2</w:t>
      </w:r>
      <w:r>
        <w:t>π</w:t>
      </w:r>
      <w:r w:rsidRPr="00541F21">
        <w:rPr>
          <w:lang w:val="es-PE"/>
        </w:rPr>
        <w:t>n / 60</w:t>
      </w:r>
      <w:r w:rsidRPr="00541F21">
        <w:rPr>
          <w:lang w:val="es-PE"/>
        </w:rPr>
        <w:br/>
        <w:t>x(</w:t>
      </w:r>
      <w:r>
        <w:t>θ</w:t>
      </w:r>
      <w:r w:rsidRPr="00541F21">
        <w:rPr>
          <w:lang w:val="es-PE"/>
        </w:rPr>
        <w:t xml:space="preserve">) = r cos </w:t>
      </w:r>
      <w:r>
        <w:t>θ</w:t>
      </w:r>
      <w:r w:rsidRPr="00541F21">
        <w:rPr>
          <w:lang w:val="es-PE"/>
        </w:rPr>
        <w:t xml:space="preserve"> + </w:t>
      </w:r>
      <w:proofErr w:type="gramStart"/>
      <w:r w:rsidRPr="00541F21">
        <w:rPr>
          <w:lang w:val="es-PE"/>
        </w:rPr>
        <w:t>√(</w:t>
      </w:r>
      <w:proofErr w:type="gramEnd"/>
      <w:r w:rsidRPr="00541F21">
        <w:rPr>
          <w:lang w:val="es-PE"/>
        </w:rPr>
        <w:t xml:space="preserve">L² − r² sen² </w:t>
      </w:r>
      <w:r>
        <w:t>θ</w:t>
      </w:r>
      <w:r w:rsidRPr="00541F21">
        <w:rPr>
          <w:lang w:val="es-PE"/>
        </w:rPr>
        <w:t>)</w:t>
      </w:r>
      <w:r w:rsidRPr="00541F21">
        <w:rPr>
          <w:lang w:val="es-PE"/>
        </w:rPr>
        <w:br/>
      </w:r>
      <w:r>
        <w:t>β</w:t>
      </w:r>
      <w:r w:rsidRPr="00541F21">
        <w:rPr>
          <w:lang w:val="es-PE"/>
        </w:rPr>
        <w:t xml:space="preserve"> m</w:t>
      </w:r>
      <w:r w:rsidRPr="00541F21">
        <w:rPr>
          <w:lang w:val="es-PE"/>
        </w:rPr>
        <w:t xml:space="preserve">áximo = </w:t>
      </w:r>
      <w:proofErr w:type="spellStart"/>
      <w:r w:rsidRPr="00541F21">
        <w:rPr>
          <w:lang w:val="es-PE"/>
        </w:rPr>
        <w:t>arcsen</w:t>
      </w:r>
      <w:proofErr w:type="spellEnd"/>
      <w:r w:rsidRPr="00541F21">
        <w:rPr>
          <w:lang w:val="es-PE"/>
        </w:rPr>
        <w:t>(r/L) = 7,181°</w:t>
      </w:r>
      <w:r w:rsidRPr="00541F21">
        <w:rPr>
          <w:lang w:val="es-PE"/>
        </w:rPr>
        <w:br/>
        <w:t>a máximo = r</w:t>
      </w:r>
      <w:r>
        <w:t>ω</w:t>
      </w:r>
      <w:r w:rsidRPr="00541F21">
        <w:rPr>
          <w:lang w:val="es-PE"/>
        </w:rPr>
        <w:t>²(1 + r/L)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402"/>
      </w:tblGrid>
      <w:tr w:rsidR="00070C06" w14:paraId="570ED51D" w14:textId="77777777">
        <w:trPr>
          <w:cantSplit/>
          <w:tblHeader/>
        </w:trPr>
        <w:tc>
          <w:tcPr>
            <w:tcW w:w="3402" w:type="dxa"/>
            <w:shd w:val="clear" w:color="auto" w:fill="E8EEF1"/>
          </w:tcPr>
          <w:p w14:paraId="39A8EBF8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 xml:space="preserve">n </w:t>
            </w:r>
            <w:proofErr w:type="spellStart"/>
            <w:r>
              <w:rPr>
                <w:b/>
                <w:sz w:val="18"/>
              </w:rPr>
              <w:t>ciclos</w:t>
            </w:r>
            <w:proofErr w:type="spellEnd"/>
            <w:r>
              <w:rPr>
                <w:b/>
                <w:sz w:val="18"/>
              </w:rPr>
              <w:t>/min</w:t>
            </w:r>
          </w:p>
        </w:tc>
        <w:tc>
          <w:tcPr>
            <w:tcW w:w="2835" w:type="dxa"/>
            <w:shd w:val="clear" w:color="auto" w:fill="E8EEF1"/>
          </w:tcPr>
          <w:p w14:paraId="20715AFE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ω rad/s</w:t>
            </w:r>
          </w:p>
        </w:tc>
        <w:tc>
          <w:tcPr>
            <w:tcW w:w="3402" w:type="dxa"/>
            <w:shd w:val="clear" w:color="auto" w:fill="E8EEF1"/>
          </w:tcPr>
          <w:p w14:paraId="37BC8A35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a máximo m/s²</w:t>
            </w:r>
          </w:p>
        </w:tc>
      </w:tr>
      <w:tr w:rsidR="00070C06" w14:paraId="5ADE3115" w14:textId="77777777">
        <w:trPr>
          <w:cantSplit/>
        </w:trPr>
        <w:tc>
          <w:tcPr>
            <w:tcW w:w="3402" w:type="dxa"/>
          </w:tcPr>
          <w:p w14:paraId="6F12ACC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2835" w:type="dxa"/>
          </w:tcPr>
          <w:p w14:paraId="3A7B0FB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1,0472</w:t>
            </w:r>
          </w:p>
        </w:tc>
        <w:tc>
          <w:tcPr>
            <w:tcW w:w="3402" w:type="dxa"/>
          </w:tcPr>
          <w:p w14:paraId="1E165C43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0,061685</w:t>
            </w:r>
          </w:p>
        </w:tc>
      </w:tr>
      <w:tr w:rsidR="00070C06" w14:paraId="7019241E" w14:textId="77777777">
        <w:trPr>
          <w:cantSplit/>
        </w:trPr>
        <w:tc>
          <w:tcPr>
            <w:tcW w:w="3402" w:type="dxa"/>
          </w:tcPr>
          <w:p w14:paraId="190DDC0E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20</w:t>
            </w:r>
          </w:p>
        </w:tc>
        <w:tc>
          <w:tcPr>
            <w:tcW w:w="2835" w:type="dxa"/>
          </w:tcPr>
          <w:p w14:paraId="43BFCE5E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2,0944</w:t>
            </w:r>
          </w:p>
        </w:tc>
        <w:tc>
          <w:tcPr>
            <w:tcW w:w="3402" w:type="dxa"/>
          </w:tcPr>
          <w:p w14:paraId="305CB85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0,246740</w:t>
            </w:r>
          </w:p>
        </w:tc>
      </w:tr>
      <w:tr w:rsidR="00070C06" w14:paraId="092DE54D" w14:textId="77777777">
        <w:trPr>
          <w:cantSplit/>
        </w:trPr>
        <w:tc>
          <w:tcPr>
            <w:tcW w:w="3402" w:type="dxa"/>
          </w:tcPr>
          <w:p w14:paraId="0F8B816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30</w:t>
            </w:r>
          </w:p>
        </w:tc>
        <w:tc>
          <w:tcPr>
            <w:tcW w:w="2835" w:type="dxa"/>
          </w:tcPr>
          <w:p w14:paraId="75F0BCB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3,1416</w:t>
            </w:r>
          </w:p>
        </w:tc>
        <w:tc>
          <w:tcPr>
            <w:tcW w:w="3402" w:type="dxa"/>
          </w:tcPr>
          <w:p w14:paraId="2F847FF7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0,555165</w:t>
            </w:r>
          </w:p>
        </w:tc>
      </w:tr>
    </w:tbl>
    <w:p w14:paraId="40C261C9" w14:textId="77777777" w:rsidR="00070C06" w:rsidRDefault="000B0B98">
      <w:pPr>
        <w:pStyle w:val="Ttulo2"/>
      </w:pPr>
      <w:r>
        <w:t>Fuerza axial de la biela</w:t>
      </w:r>
    </w:p>
    <w:p w14:paraId="7C2E394D" w14:textId="77777777" w:rsidR="00070C06" w:rsidRPr="00541F21" w:rsidRDefault="000B0B98">
      <w:pPr>
        <w:spacing w:after="140"/>
        <w:ind w:left="170"/>
        <w:rPr>
          <w:lang w:val="es-PE"/>
        </w:rPr>
      </w:pPr>
      <w:proofErr w:type="spellStart"/>
      <w:r w:rsidRPr="00541F21">
        <w:rPr>
          <w:lang w:val="es-PE"/>
        </w:rPr>
        <w:t>m</w:t>
      </w:r>
      <w:proofErr w:type="spellEnd"/>
      <w:r w:rsidRPr="00541F21">
        <w:rPr>
          <w:lang w:val="es-PE"/>
        </w:rPr>
        <w:t xml:space="preserve"> carro = 616,427 + 50 = 666,427 kg</w:t>
      </w:r>
      <w:r w:rsidRPr="00541F21">
        <w:rPr>
          <w:lang w:val="es-PE"/>
        </w:rPr>
        <w:br/>
        <w:t>m efectivo = m carro + N × 1 000 / g</w:t>
      </w:r>
      <w:r w:rsidRPr="00541F21">
        <w:rPr>
          <w:lang w:val="es-PE"/>
        </w:rPr>
        <w:br/>
        <w:t xml:space="preserve">F </w:t>
      </w:r>
      <w:r w:rsidRPr="00541F21">
        <w:rPr>
          <w:lang w:val="es-PE"/>
        </w:rPr>
        <w:t>axial ≤ [</w:t>
      </w:r>
      <w:r>
        <w:t>μ</w:t>
      </w:r>
      <w:r w:rsidRPr="00541F21">
        <w:rPr>
          <w:lang w:val="es-PE"/>
        </w:rPr>
        <w:t xml:space="preserve">N + m efectivo × a máximo / 1 000] / cos </w:t>
      </w:r>
      <w:r>
        <w:t>β</w:t>
      </w:r>
      <w:r w:rsidRPr="00541F21">
        <w:rPr>
          <w:lang w:val="es-PE"/>
        </w:rPr>
        <w:t xml:space="preserve"> máximo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1417"/>
        <w:gridCol w:w="2835"/>
        <w:gridCol w:w="2835"/>
      </w:tblGrid>
      <w:tr w:rsidR="00070C06" w14:paraId="3D996760" w14:textId="77777777">
        <w:trPr>
          <w:cantSplit/>
          <w:tblHeader/>
        </w:trPr>
        <w:tc>
          <w:tcPr>
            <w:tcW w:w="2551" w:type="dxa"/>
            <w:shd w:val="clear" w:color="auto" w:fill="E8EEF1"/>
          </w:tcPr>
          <w:p w14:paraId="145944A6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 xml:space="preserve">N </w:t>
            </w:r>
            <w:proofErr w:type="spellStart"/>
            <w:r>
              <w:rPr>
                <w:b/>
                <w:sz w:val="18"/>
              </w:rPr>
              <w:t>carbón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kN</w:t>
            </w:r>
            <w:proofErr w:type="spellEnd"/>
          </w:p>
        </w:tc>
        <w:tc>
          <w:tcPr>
            <w:tcW w:w="1417" w:type="dxa"/>
            <w:shd w:val="clear" w:color="auto" w:fill="E8EEF1"/>
          </w:tcPr>
          <w:p w14:paraId="3FAB4994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μ</w:t>
            </w:r>
          </w:p>
        </w:tc>
        <w:tc>
          <w:tcPr>
            <w:tcW w:w="2835" w:type="dxa"/>
            <w:shd w:val="clear" w:color="auto" w:fill="E8EEF1"/>
          </w:tcPr>
          <w:p w14:paraId="2932923A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n ciclos/min</w:t>
            </w:r>
          </w:p>
        </w:tc>
        <w:tc>
          <w:tcPr>
            <w:tcW w:w="2835" w:type="dxa"/>
            <w:shd w:val="clear" w:color="auto" w:fill="E8EEF1"/>
          </w:tcPr>
          <w:p w14:paraId="14207E49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F axial kN</w:t>
            </w:r>
          </w:p>
        </w:tc>
      </w:tr>
      <w:tr w:rsidR="00070C06" w14:paraId="72941439" w14:textId="77777777">
        <w:trPr>
          <w:cantSplit/>
        </w:trPr>
        <w:tc>
          <w:tcPr>
            <w:tcW w:w="2551" w:type="dxa"/>
          </w:tcPr>
          <w:p w14:paraId="411F91D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1417" w:type="dxa"/>
          </w:tcPr>
          <w:p w14:paraId="732A8EE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0,2</w:t>
            </w:r>
          </w:p>
        </w:tc>
        <w:tc>
          <w:tcPr>
            <w:tcW w:w="2835" w:type="dxa"/>
          </w:tcPr>
          <w:p w14:paraId="42B98E7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2835" w:type="dxa"/>
          </w:tcPr>
          <w:p w14:paraId="639BFF0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2,121</w:t>
            </w:r>
          </w:p>
        </w:tc>
      </w:tr>
      <w:tr w:rsidR="00070C06" w14:paraId="1AF0B692" w14:textId="77777777">
        <w:trPr>
          <w:cantSplit/>
        </w:trPr>
        <w:tc>
          <w:tcPr>
            <w:tcW w:w="2551" w:type="dxa"/>
          </w:tcPr>
          <w:p w14:paraId="35D8B6A2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1417" w:type="dxa"/>
          </w:tcPr>
          <w:p w14:paraId="55E33C4B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0,2</w:t>
            </w:r>
          </w:p>
        </w:tc>
        <w:tc>
          <w:tcPr>
            <w:tcW w:w="2835" w:type="dxa"/>
          </w:tcPr>
          <w:p w14:paraId="098CE21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20</w:t>
            </w:r>
          </w:p>
        </w:tc>
        <w:tc>
          <w:tcPr>
            <w:tcW w:w="2835" w:type="dxa"/>
          </w:tcPr>
          <w:p w14:paraId="7CCB365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2,435</w:t>
            </w:r>
          </w:p>
        </w:tc>
      </w:tr>
      <w:tr w:rsidR="00070C06" w14:paraId="5DC6D035" w14:textId="77777777">
        <w:trPr>
          <w:cantSplit/>
        </w:trPr>
        <w:tc>
          <w:tcPr>
            <w:tcW w:w="2551" w:type="dxa"/>
          </w:tcPr>
          <w:p w14:paraId="1F98C86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1417" w:type="dxa"/>
          </w:tcPr>
          <w:p w14:paraId="434C9DD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0,2</w:t>
            </w:r>
          </w:p>
        </w:tc>
        <w:tc>
          <w:tcPr>
            <w:tcW w:w="2835" w:type="dxa"/>
          </w:tcPr>
          <w:p w14:paraId="6D50F29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30</w:t>
            </w:r>
          </w:p>
        </w:tc>
        <w:tc>
          <w:tcPr>
            <w:tcW w:w="2835" w:type="dxa"/>
          </w:tcPr>
          <w:p w14:paraId="55775363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2,959</w:t>
            </w:r>
          </w:p>
        </w:tc>
      </w:tr>
      <w:tr w:rsidR="00070C06" w14:paraId="1F0D19F3" w14:textId="77777777">
        <w:trPr>
          <w:cantSplit/>
        </w:trPr>
        <w:tc>
          <w:tcPr>
            <w:tcW w:w="2551" w:type="dxa"/>
          </w:tcPr>
          <w:p w14:paraId="2F2E79E4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25</w:t>
            </w:r>
          </w:p>
        </w:tc>
        <w:tc>
          <w:tcPr>
            <w:tcW w:w="1417" w:type="dxa"/>
          </w:tcPr>
          <w:p w14:paraId="2506E43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0,35</w:t>
            </w:r>
          </w:p>
        </w:tc>
        <w:tc>
          <w:tcPr>
            <w:tcW w:w="2835" w:type="dxa"/>
          </w:tcPr>
          <w:p w14:paraId="146ECBC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2835" w:type="dxa"/>
          </w:tcPr>
          <w:p w14:paraId="798C8667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9,019</w:t>
            </w:r>
          </w:p>
        </w:tc>
      </w:tr>
      <w:tr w:rsidR="00070C06" w14:paraId="7104E565" w14:textId="77777777">
        <w:trPr>
          <w:cantSplit/>
        </w:trPr>
        <w:tc>
          <w:tcPr>
            <w:tcW w:w="2551" w:type="dxa"/>
          </w:tcPr>
          <w:p w14:paraId="54A954EB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25</w:t>
            </w:r>
          </w:p>
        </w:tc>
        <w:tc>
          <w:tcPr>
            <w:tcW w:w="1417" w:type="dxa"/>
          </w:tcPr>
          <w:p w14:paraId="7F2BACCF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0,35</w:t>
            </w:r>
          </w:p>
        </w:tc>
        <w:tc>
          <w:tcPr>
            <w:tcW w:w="2835" w:type="dxa"/>
          </w:tcPr>
          <w:p w14:paraId="4991818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20</w:t>
            </w:r>
          </w:p>
        </w:tc>
        <w:tc>
          <w:tcPr>
            <w:tcW w:w="2835" w:type="dxa"/>
          </w:tcPr>
          <w:p w14:paraId="6E23DDE7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9,619</w:t>
            </w:r>
          </w:p>
        </w:tc>
      </w:tr>
      <w:tr w:rsidR="00070C06" w14:paraId="10CEFE10" w14:textId="77777777">
        <w:trPr>
          <w:cantSplit/>
        </w:trPr>
        <w:tc>
          <w:tcPr>
            <w:tcW w:w="2551" w:type="dxa"/>
          </w:tcPr>
          <w:p w14:paraId="63E144E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25</w:t>
            </w:r>
          </w:p>
        </w:tc>
        <w:tc>
          <w:tcPr>
            <w:tcW w:w="1417" w:type="dxa"/>
          </w:tcPr>
          <w:p w14:paraId="541D63C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0,35</w:t>
            </w:r>
          </w:p>
        </w:tc>
        <w:tc>
          <w:tcPr>
            <w:tcW w:w="2835" w:type="dxa"/>
          </w:tcPr>
          <w:p w14:paraId="068AA26B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30</w:t>
            </w:r>
          </w:p>
        </w:tc>
        <w:tc>
          <w:tcPr>
            <w:tcW w:w="2835" w:type="dxa"/>
          </w:tcPr>
          <w:p w14:paraId="0F85886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10,619</w:t>
            </w:r>
          </w:p>
        </w:tc>
      </w:tr>
      <w:tr w:rsidR="00070C06" w14:paraId="31BD3DFE" w14:textId="77777777">
        <w:trPr>
          <w:cantSplit/>
        </w:trPr>
        <w:tc>
          <w:tcPr>
            <w:tcW w:w="2551" w:type="dxa"/>
          </w:tcPr>
          <w:p w14:paraId="6FF55E1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50</w:t>
            </w:r>
          </w:p>
        </w:tc>
        <w:tc>
          <w:tcPr>
            <w:tcW w:w="1417" w:type="dxa"/>
          </w:tcPr>
          <w:p w14:paraId="33276DA0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0,5</w:t>
            </w:r>
          </w:p>
        </w:tc>
        <w:tc>
          <w:tcPr>
            <w:tcW w:w="2835" w:type="dxa"/>
          </w:tcPr>
          <w:p w14:paraId="0AA561E1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</w:t>
            </w:r>
          </w:p>
        </w:tc>
        <w:tc>
          <w:tcPr>
            <w:tcW w:w="2835" w:type="dxa"/>
          </w:tcPr>
          <w:p w14:paraId="05A8A48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25,556</w:t>
            </w:r>
          </w:p>
        </w:tc>
      </w:tr>
      <w:tr w:rsidR="00070C06" w14:paraId="6B925E0C" w14:textId="77777777">
        <w:trPr>
          <w:cantSplit/>
        </w:trPr>
        <w:tc>
          <w:tcPr>
            <w:tcW w:w="2551" w:type="dxa"/>
          </w:tcPr>
          <w:p w14:paraId="43FFF66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50</w:t>
            </w:r>
          </w:p>
        </w:tc>
        <w:tc>
          <w:tcPr>
            <w:tcW w:w="1417" w:type="dxa"/>
          </w:tcPr>
          <w:p w14:paraId="4D9D22B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0,5</w:t>
            </w:r>
          </w:p>
        </w:tc>
        <w:tc>
          <w:tcPr>
            <w:tcW w:w="2835" w:type="dxa"/>
          </w:tcPr>
          <w:p w14:paraId="204A8B8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20</w:t>
            </w:r>
          </w:p>
        </w:tc>
        <w:tc>
          <w:tcPr>
            <w:tcW w:w="2835" w:type="dxa"/>
          </w:tcPr>
          <w:p w14:paraId="66D74581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26,631</w:t>
            </w:r>
          </w:p>
        </w:tc>
      </w:tr>
      <w:tr w:rsidR="00070C06" w14:paraId="67F547F4" w14:textId="77777777">
        <w:trPr>
          <w:cantSplit/>
        </w:trPr>
        <w:tc>
          <w:tcPr>
            <w:tcW w:w="2551" w:type="dxa"/>
          </w:tcPr>
          <w:p w14:paraId="692ED9AF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50</w:t>
            </w:r>
          </w:p>
        </w:tc>
        <w:tc>
          <w:tcPr>
            <w:tcW w:w="1417" w:type="dxa"/>
          </w:tcPr>
          <w:p w14:paraId="4561FAFF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0,5</w:t>
            </w:r>
          </w:p>
        </w:tc>
        <w:tc>
          <w:tcPr>
            <w:tcW w:w="2835" w:type="dxa"/>
          </w:tcPr>
          <w:p w14:paraId="5AE6DC1B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30</w:t>
            </w:r>
          </w:p>
        </w:tc>
        <w:tc>
          <w:tcPr>
            <w:tcW w:w="2835" w:type="dxa"/>
          </w:tcPr>
          <w:p w14:paraId="6596DEF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28,423</w:t>
            </w:r>
          </w:p>
        </w:tc>
      </w:tr>
    </w:tbl>
    <w:p w14:paraId="47D656BF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Límite axial del estudio = 25,000 kN</w:t>
      </w:r>
      <w:r w:rsidRPr="00541F21">
        <w:rPr>
          <w:lang w:val="es-PE"/>
        </w:rPr>
        <w:br/>
        <w:t xml:space="preserve">Caso N = 50 kN, </w:t>
      </w:r>
      <w:r>
        <w:t>μ</w:t>
      </w:r>
      <w:r w:rsidRPr="00541F21">
        <w:rPr>
          <w:lang w:val="es-PE"/>
        </w:rPr>
        <w:t xml:space="preserve"> = 0,50, n = 30: F / 25 = 28,423 / 25 = 1,137</w:t>
      </w:r>
      <w:r w:rsidRPr="00541F21">
        <w:rPr>
          <w:lang w:val="es-PE"/>
        </w:rPr>
        <w:br/>
        <w:t xml:space="preserve">Caso N = 35 kN, </w:t>
      </w:r>
      <w:r>
        <w:t>μ</w:t>
      </w:r>
      <w:r w:rsidRPr="00541F21">
        <w:rPr>
          <w:lang w:val="es-PE"/>
        </w:rPr>
        <w:t xml:space="preserve"> = 0,50, n = 20: F = 18,692 kN</w:t>
      </w:r>
    </w:p>
    <w:p w14:paraId="04CAC7F0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Caudal volumétrico convertido a masa</w:t>
      </w:r>
    </w:p>
    <w:p w14:paraId="726500E6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 xml:space="preserve">b = 1,20 m; s = 0,10 m; h = 0,15 a 0,40 m; </w:t>
      </w:r>
      <w:r>
        <w:t>η</w:t>
      </w:r>
      <w:r w:rsidRPr="00541F21">
        <w:rPr>
          <w:lang w:val="es-PE"/>
        </w:rPr>
        <w:t xml:space="preserve"> = 0,40 a 0,60</w:t>
      </w:r>
    </w:p>
    <w:p w14:paraId="27E07908" w14:textId="77777777" w:rsidR="00070C06" w:rsidRDefault="000B0B98">
      <w:pPr>
        <w:spacing w:after="140"/>
        <w:ind w:left="170"/>
      </w:pPr>
      <w:r>
        <w:t xml:space="preserve">Q = </w:t>
      </w:r>
      <w:r>
        <w:t>ρ × b × h × s × η × n × 60 / 1 000</w:t>
      </w:r>
      <w:r>
        <w:br/>
        <w:t>Q central = 800 × 1,20 × 0,25 × 0,10 × 0,50 × 20 × 60 / 1 000</w:t>
      </w:r>
      <w:r>
        <w:br/>
        <w:t>Q central = 14,400 t/h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070C06" w14:paraId="001675D7" w14:textId="77777777">
        <w:trPr>
          <w:cantSplit/>
          <w:tblHeader/>
        </w:trPr>
        <w:tc>
          <w:tcPr>
            <w:tcW w:w="4819" w:type="dxa"/>
            <w:shd w:val="clear" w:color="auto" w:fill="E8EEF1"/>
          </w:tcPr>
          <w:p w14:paraId="698FFCF3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Frecuencia</w:t>
            </w:r>
          </w:p>
        </w:tc>
        <w:tc>
          <w:tcPr>
            <w:tcW w:w="4819" w:type="dxa"/>
            <w:shd w:val="clear" w:color="auto" w:fill="E8EEF1"/>
          </w:tcPr>
          <w:p w14:paraId="53E7D656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Intervalo de escenarios</w:t>
            </w:r>
          </w:p>
        </w:tc>
      </w:tr>
      <w:tr w:rsidR="00070C06" w14:paraId="6E372A87" w14:textId="77777777">
        <w:trPr>
          <w:cantSplit/>
        </w:trPr>
        <w:tc>
          <w:tcPr>
            <w:tcW w:w="4819" w:type="dxa"/>
          </w:tcPr>
          <w:p w14:paraId="78B36F5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20 ciclos/min</w:t>
            </w:r>
          </w:p>
        </w:tc>
        <w:tc>
          <w:tcPr>
            <w:tcW w:w="4819" w:type="dxa"/>
          </w:tcPr>
          <w:p w14:paraId="16C3BD0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5,184 a 34,560 t/h</w:t>
            </w:r>
          </w:p>
        </w:tc>
      </w:tr>
      <w:tr w:rsidR="00070C06" w14:paraId="53CFE797" w14:textId="77777777">
        <w:trPr>
          <w:cantSplit/>
        </w:trPr>
        <w:tc>
          <w:tcPr>
            <w:tcW w:w="4819" w:type="dxa"/>
          </w:tcPr>
          <w:p w14:paraId="5567625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 a 30 ciclos/min</w:t>
            </w:r>
          </w:p>
        </w:tc>
        <w:tc>
          <w:tcPr>
            <w:tcW w:w="4819" w:type="dxa"/>
          </w:tcPr>
          <w:p w14:paraId="7A34B9F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2,592 a 51,840 t/h</w:t>
            </w:r>
          </w:p>
        </w:tc>
      </w:tr>
    </w:tbl>
    <w:p w14:paraId="69F46D2F" w14:textId="77777777" w:rsidR="00070C06" w:rsidRDefault="000B0B98">
      <w:r>
        <w:br w:type="page"/>
      </w:r>
    </w:p>
    <w:p w14:paraId="610DA267" w14:textId="77777777" w:rsidR="00070C06" w:rsidRDefault="000B0B98">
      <w:pPr>
        <w:pStyle w:val="Ttulo1"/>
      </w:pPr>
      <w:r>
        <w:lastRenderedPageBreak/>
        <w:t xml:space="preserve">3 Carro ruedas y </w:t>
      </w:r>
      <w:r>
        <w:t>transmisión</w:t>
      </w:r>
    </w:p>
    <w:p w14:paraId="631C2CB2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Carga por rueda y eje de 32 mm</w:t>
      </w:r>
    </w:p>
    <w:p w14:paraId="4AEB9C5A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N total = 50 + 666,427 × 9,80665 / 1 000 = 56,535 kN</w:t>
      </w:r>
      <w:r w:rsidRPr="00541F21">
        <w:rPr>
          <w:lang w:val="es-PE"/>
        </w:rPr>
        <w:br/>
        <w:t>R rueda = 1,50 × N total / 4 = 21,201 kN</w:t>
      </w:r>
      <w:r w:rsidRPr="00541F21">
        <w:rPr>
          <w:lang w:val="es-PE"/>
        </w:rPr>
        <w:br/>
        <w:t xml:space="preserve">M eje = 21 200,782 × (110 − 67) / 2 = 455 816,814 </w:t>
      </w:r>
      <w:proofErr w:type="spellStart"/>
      <w:r w:rsidRPr="00541F21">
        <w:rPr>
          <w:lang w:val="es-PE"/>
        </w:rPr>
        <w:t>N·mm</w:t>
      </w:r>
      <w:proofErr w:type="spellEnd"/>
      <w:r w:rsidRPr="00541F21">
        <w:rPr>
          <w:lang w:val="es-PE"/>
        </w:rPr>
        <w:br/>
      </w:r>
      <w:r>
        <w:t>σ</w:t>
      </w:r>
      <w:r w:rsidRPr="00541F21">
        <w:rPr>
          <w:lang w:val="es-PE"/>
        </w:rPr>
        <w:t xml:space="preserve"> nominal = 32M / (</w:t>
      </w:r>
      <w:r>
        <w:t>π</w:t>
      </w:r>
      <w:r w:rsidRPr="00541F21">
        <w:rPr>
          <w:lang w:val="es-PE"/>
        </w:rPr>
        <w:t xml:space="preserve"> × 32³) = 141,690 MPa</w:t>
      </w:r>
      <w:r w:rsidRPr="00541F21">
        <w:rPr>
          <w:lang w:val="es-PE"/>
        </w:rPr>
        <w:br/>
      </w:r>
      <w:r>
        <w:t>σ</w:t>
      </w:r>
      <w:r w:rsidRPr="00541F21">
        <w:rPr>
          <w:lang w:val="es-PE"/>
        </w:rPr>
        <w:t xml:space="preserve"> pico = </w:t>
      </w:r>
      <w:proofErr w:type="spellStart"/>
      <w:r w:rsidRPr="00541F21">
        <w:rPr>
          <w:lang w:val="es-PE"/>
        </w:rPr>
        <w:t>Kf</w:t>
      </w:r>
      <w:proofErr w:type="spellEnd"/>
      <w:r w:rsidRPr="00541F21">
        <w:rPr>
          <w:lang w:val="es-PE"/>
        </w:rPr>
        <w:t xml:space="preserve"> × </w:t>
      </w:r>
      <w:r>
        <w:t>σ</w:t>
      </w:r>
      <w:r w:rsidRPr="00541F21">
        <w:rPr>
          <w:lang w:val="es-PE"/>
        </w:rPr>
        <w:t xml:space="preserve"> nomina</w:t>
      </w:r>
      <w:r w:rsidRPr="00541F21">
        <w:rPr>
          <w:lang w:val="es-PE"/>
        </w:rPr>
        <w:t>l = 1,60 × 141,690 = 226,705 MPa</w:t>
      </w:r>
      <w:r w:rsidRPr="00541F21">
        <w:rPr>
          <w:lang w:val="es-PE"/>
        </w:rPr>
        <w:br/>
        <w:t>n fluencia = 310 / 226,705 = 1,367</w:t>
      </w:r>
    </w:p>
    <w:p w14:paraId="4BDA13EB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 xml:space="preserve">Carga pulsante de 0 a pico: </w:t>
      </w:r>
      <w:r>
        <w:t>σ</w:t>
      </w:r>
      <w:r w:rsidRPr="00541F21">
        <w:rPr>
          <w:lang w:val="es-PE"/>
        </w:rPr>
        <w:t xml:space="preserve">a = </w:t>
      </w:r>
      <w:r>
        <w:t>σ</w:t>
      </w:r>
      <w:r w:rsidRPr="00541F21">
        <w:rPr>
          <w:lang w:val="es-PE"/>
        </w:rPr>
        <w:t xml:space="preserve">m = </w:t>
      </w:r>
      <w:r>
        <w:t>σ</w:t>
      </w:r>
      <w:r w:rsidRPr="00541F21">
        <w:rPr>
          <w:lang w:val="es-PE"/>
        </w:rPr>
        <w:t xml:space="preserve"> pico / 2</w:t>
      </w:r>
      <w:r w:rsidRPr="00541F21">
        <w:rPr>
          <w:lang w:val="es-PE"/>
        </w:rPr>
        <w:br/>
        <w:t>n Goodman = 1 / (</w:t>
      </w:r>
      <w:r>
        <w:t>σ</w:t>
      </w:r>
      <w:r w:rsidRPr="00541F21">
        <w:rPr>
          <w:lang w:val="es-PE"/>
        </w:rPr>
        <w:t xml:space="preserve">a/Se + </w:t>
      </w:r>
      <w:r>
        <w:t>σ</w:t>
      </w:r>
      <w:r w:rsidRPr="00541F21">
        <w:rPr>
          <w:lang w:val="es-PE"/>
        </w:rPr>
        <w:t>m/Sut) = 1,137</w:t>
      </w:r>
      <w:r w:rsidRPr="00541F21">
        <w:rPr>
          <w:lang w:val="es-PE"/>
        </w:rPr>
        <w:br/>
        <w:t>Objetivo del estudio n = 1,50     Relación 1,137 / 1,50 = 0,758</w:t>
      </w:r>
    </w:p>
    <w:p w14:paraId="083AF571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 xml:space="preserve">Bujes de rueda y </w:t>
      </w:r>
      <w:r w:rsidRPr="00541F21">
        <w:rPr>
          <w:lang w:val="es-PE"/>
        </w:rPr>
        <w:t>travesaño</w:t>
      </w:r>
    </w:p>
    <w:p w14:paraId="58E6A613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p = (21 200,782 / 2) / (32 × 30) = 11,042 MPa</w:t>
      </w:r>
      <w:r w:rsidRPr="00541F21">
        <w:rPr>
          <w:lang w:val="es-PE"/>
        </w:rPr>
        <w:br/>
        <w:t>v buje a 30 ciclos/min = 0,043537 m/s</w:t>
      </w:r>
      <w:r w:rsidRPr="00541F21">
        <w:rPr>
          <w:lang w:val="es-PE"/>
        </w:rPr>
        <w:br/>
      </w:r>
      <w:proofErr w:type="spellStart"/>
      <w:r w:rsidRPr="00541F21">
        <w:rPr>
          <w:lang w:val="es-PE"/>
        </w:rPr>
        <w:t>pv</w:t>
      </w:r>
      <w:proofErr w:type="spellEnd"/>
      <w:r w:rsidRPr="00541F21">
        <w:rPr>
          <w:lang w:val="es-PE"/>
        </w:rPr>
        <w:t xml:space="preserve"> = 11,042 × 0,043537 = 0,480741 </w:t>
      </w:r>
      <w:proofErr w:type="spellStart"/>
      <w:r w:rsidRPr="00541F21">
        <w:rPr>
          <w:lang w:val="es-PE"/>
        </w:rPr>
        <w:t>MPa·m</w:t>
      </w:r>
      <w:proofErr w:type="spellEnd"/>
      <w:r w:rsidRPr="00541F21">
        <w:rPr>
          <w:lang w:val="es-PE"/>
        </w:rPr>
        <w:t>/s</w:t>
      </w:r>
      <w:r w:rsidRPr="00541F21">
        <w:rPr>
          <w:lang w:val="es-PE"/>
        </w:rPr>
        <w:br/>
        <w:t>I RHS 160 × 100 × 8 = (100 × 160³ − 84 × 144³) / 12</w:t>
      </w:r>
      <w:r w:rsidRPr="00541F21">
        <w:rPr>
          <w:lang w:val="es-PE"/>
        </w:rPr>
        <w:br/>
        <w:t>I = 13 231 445,333 mm⁴</w:t>
      </w:r>
      <w:r w:rsidRPr="00541F21">
        <w:rPr>
          <w:lang w:val="es-PE"/>
        </w:rPr>
        <w:br/>
        <w:t xml:space="preserve">M = 24,847 </w:t>
      </w:r>
      <w:proofErr w:type="spellStart"/>
      <w:r w:rsidRPr="00541F21">
        <w:rPr>
          <w:lang w:val="es-PE"/>
        </w:rPr>
        <w:t>kN·m</w:t>
      </w:r>
      <w:proofErr w:type="spellEnd"/>
      <w:r w:rsidRPr="00541F21">
        <w:rPr>
          <w:lang w:val="es-PE"/>
        </w:rPr>
        <w:t xml:space="preserve">     </w:t>
      </w:r>
      <w:r>
        <w:t>φ</w:t>
      </w:r>
      <w:proofErr w:type="spellStart"/>
      <w:r w:rsidRPr="00541F21">
        <w:rPr>
          <w:lang w:val="es-PE"/>
        </w:rPr>
        <w:t>FyS</w:t>
      </w:r>
      <w:proofErr w:type="spellEnd"/>
      <w:r w:rsidRPr="00541F21">
        <w:rPr>
          <w:lang w:val="es-PE"/>
        </w:rPr>
        <w:t xml:space="preserve"> = 37,213 </w:t>
      </w:r>
      <w:proofErr w:type="spellStart"/>
      <w:r w:rsidRPr="00541F21">
        <w:rPr>
          <w:lang w:val="es-PE"/>
        </w:rPr>
        <w:t>kN·m</w:t>
      </w:r>
      <w:proofErr w:type="spellEnd"/>
      <w:r w:rsidRPr="00541F21">
        <w:rPr>
          <w:lang w:val="es-PE"/>
        </w:rPr>
        <w:t xml:space="preserve">     M </w:t>
      </w:r>
      <w:r w:rsidRPr="00541F21">
        <w:rPr>
          <w:lang w:val="es-PE"/>
        </w:rPr>
        <w:t xml:space="preserve">/ </w:t>
      </w:r>
      <w:r>
        <w:t>φ</w:t>
      </w:r>
      <w:proofErr w:type="spellStart"/>
      <w:r w:rsidRPr="00541F21">
        <w:rPr>
          <w:lang w:val="es-PE"/>
        </w:rPr>
        <w:t>FyS</w:t>
      </w:r>
      <w:proofErr w:type="spellEnd"/>
      <w:r w:rsidRPr="00541F21">
        <w:rPr>
          <w:lang w:val="es-PE"/>
        </w:rPr>
        <w:t xml:space="preserve"> = 0,668</w:t>
      </w:r>
    </w:p>
    <w:p w14:paraId="237DFF52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Biela a 25 kN</w:t>
      </w:r>
    </w:p>
    <w:p w14:paraId="33B8AD27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A cuerpo = 35 × 70 = 2 450 mm²</w:t>
      </w:r>
      <w:r w:rsidRPr="00541F21">
        <w:rPr>
          <w:lang w:val="es-PE"/>
        </w:rPr>
        <w:br/>
      </w:r>
      <w:r>
        <w:t>σ</w:t>
      </w:r>
      <w:r w:rsidRPr="00541F21">
        <w:rPr>
          <w:lang w:val="es-PE"/>
        </w:rPr>
        <w:t xml:space="preserve"> cuerpo = 25 000 / 2 450 = 10,204 MPa</w:t>
      </w:r>
      <w:r w:rsidRPr="00541F21">
        <w:rPr>
          <w:lang w:val="es-PE"/>
        </w:rPr>
        <w:br/>
        <w:t>A ojo neta = (120 − 65) × 60 = 3 300 mm²</w:t>
      </w:r>
      <w:r w:rsidRPr="00541F21">
        <w:rPr>
          <w:lang w:val="es-PE"/>
        </w:rPr>
        <w:br/>
      </w:r>
      <w:r>
        <w:t>σ</w:t>
      </w:r>
      <w:r w:rsidRPr="00541F21">
        <w:rPr>
          <w:lang w:val="es-PE"/>
        </w:rPr>
        <w:t xml:space="preserve"> ojo = 25 000 / 3 300 = 7,576 MPa</w:t>
      </w:r>
      <w:r w:rsidRPr="00541F21">
        <w:rPr>
          <w:lang w:val="es-PE"/>
        </w:rPr>
        <w:br/>
        <w:t>I mínimo = 70 × 35³ / 12 = 250 104,167 mm⁴</w:t>
      </w:r>
      <w:r w:rsidRPr="00541F21">
        <w:rPr>
          <w:lang w:val="es-PE"/>
        </w:rPr>
        <w:br/>
        <w:t xml:space="preserve">P Euler = </w:t>
      </w:r>
      <w:r>
        <w:t>π</w:t>
      </w:r>
      <w:r w:rsidRPr="00541F21">
        <w:rPr>
          <w:lang w:val="es-PE"/>
        </w:rPr>
        <w:t xml:space="preserve">² × 200 000 × I / 400² = 3 </w:t>
      </w:r>
      <w:r w:rsidRPr="00541F21">
        <w:rPr>
          <w:lang w:val="es-PE"/>
        </w:rPr>
        <w:t>085,536 kN</w:t>
      </w:r>
    </w:p>
    <w:p w14:paraId="4ED78C21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Fatiga y rodamientos a 25 kN</w:t>
      </w:r>
    </w:p>
    <w:p w14:paraId="3E27BB75" w14:textId="77777777" w:rsidR="00070C06" w:rsidRDefault="000B0B98">
      <w:r w:rsidRPr="00541F21">
        <w:rPr>
          <w:lang w:val="es-PE"/>
        </w:rPr>
        <w:t xml:space="preserve">Acero AISI 1045: Sut = 570 MPa, </w:t>
      </w:r>
      <w:proofErr w:type="spellStart"/>
      <w:r w:rsidRPr="00541F21">
        <w:rPr>
          <w:lang w:val="es-PE"/>
        </w:rPr>
        <w:t>Sy</w:t>
      </w:r>
      <w:proofErr w:type="spellEnd"/>
      <w:r w:rsidRPr="00541F21">
        <w:rPr>
          <w:lang w:val="es-PE"/>
        </w:rPr>
        <w:t xml:space="preserve"> = 310 MPa. Superficie mecanizada; confiabilidad de cálculo 99 %. </w:t>
      </w:r>
      <w:proofErr w:type="spellStart"/>
      <w:r>
        <w:t>Kf</w:t>
      </w:r>
      <w:proofErr w:type="spellEnd"/>
      <w:r>
        <w:t xml:space="preserve"> = 1,60 y Kfs = 1,30.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953"/>
        <w:gridCol w:w="3685"/>
      </w:tblGrid>
      <w:tr w:rsidR="00070C06" w14:paraId="2BE737DE" w14:textId="77777777">
        <w:trPr>
          <w:cantSplit/>
          <w:tblHeader/>
        </w:trPr>
        <w:tc>
          <w:tcPr>
            <w:tcW w:w="5953" w:type="dxa"/>
            <w:shd w:val="clear" w:color="auto" w:fill="E8EEF1"/>
          </w:tcPr>
          <w:p w14:paraId="154F5FCF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Magnitud</w:t>
            </w:r>
          </w:p>
        </w:tc>
        <w:tc>
          <w:tcPr>
            <w:tcW w:w="3685" w:type="dxa"/>
            <w:shd w:val="clear" w:color="auto" w:fill="E8EEF1"/>
          </w:tcPr>
          <w:p w14:paraId="211B35AF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Resultado</w:t>
            </w:r>
          </w:p>
        </w:tc>
      </w:tr>
      <w:tr w:rsidR="00070C06" w14:paraId="0E6F546B" w14:textId="77777777">
        <w:trPr>
          <w:cantSplit/>
        </w:trPr>
        <w:tc>
          <w:tcPr>
            <w:tcW w:w="5953" w:type="dxa"/>
          </w:tcPr>
          <w:p w14:paraId="60570973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>Se muñón Ø60 / eje Ø100</w:t>
            </w:r>
          </w:p>
        </w:tc>
        <w:tc>
          <w:tcPr>
            <w:tcW w:w="3685" w:type="dxa"/>
          </w:tcPr>
          <w:p w14:paraId="06127DC3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154,577 / 142,664 MPa</w:t>
            </w:r>
          </w:p>
        </w:tc>
      </w:tr>
      <w:tr w:rsidR="00070C06" w14:paraId="0F306BC1" w14:textId="77777777">
        <w:trPr>
          <w:cantSplit/>
        </w:trPr>
        <w:tc>
          <w:tcPr>
            <w:tcW w:w="5953" w:type="dxa"/>
          </w:tcPr>
          <w:p w14:paraId="600657A6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 xml:space="preserve">Muñón Ø60 </w:t>
            </w:r>
            <w:r>
              <w:rPr>
                <w:sz w:val="18"/>
              </w:rPr>
              <w:t>σ</w:t>
            </w:r>
            <w:r w:rsidRPr="00541F21">
              <w:rPr>
                <w:sz w:val="18"/>
                <w:lang w:val="es-PE"/>
              </w:rPr>
              <w:t xml:space="preserve"> </w:t>
            </w:r>
            <w:r w:rsidRPr="00541F21">
              <w:rPr>
                <w:sz w:val="18"/>
                <w:lang w:val="es-PE"/>
              </w:rPr>
              <w:t>alternante / margen</w:t>
            </w:r>
          </w:p>
        </w:tc>
        <w:tc>
          <w:tcPr>
            <w:tcW w:w="3685" w:type="dxa"/>
          </w:tcPr>
          <w:p w14:paraId="6E5D5FC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71,679 MPa / 2,157</w:t>
            </w:r>
          </w:p>
        </w:tc>
      </w:tr>
      <w:tr w:rsidR="00070C06" w14:paraId="24202B4E" w14:textId="77777777">
        <w:trPr>
          <w:cantSplit/>
        </w:trPr>
        <w:tc>
          <w:tcPr>
            <w:tcW w:w="5953" w:type="dxa"/>
          </w:tcPr>
          <w:p w14:paraId="4FA27466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 xml:space="preserve">Eje Ø100 </w:t>
            </w:r>
            <w:r>
              <w:rPr>
                <w:sz w:val="18"/>
              </w:rPr>
              <w:t>σ</w:t>
            </w:r>
            <w:r w:rsidRPr="00541F21">
              <w:rPr>
                <w:sz w:val="18"/>
                <w:lang w:val="es-PE"/>
              </w:rPr>
              <w:t xml:space="preserve"> alternante / </w:t>
            </w:r>
            <w:r>
              <w:rPr>
                <w:sz w:val="18"/>
              </w:rPr>
              <w:t>τ</w:t>
            </w:r>
            <w:r w:rsidRPr="00541F21">
              <w:rPr>
                <w:sz w:val="18"/>
                <w:lang w:val="es-PE"/>
              </w:rPr>
              <w:t xml:space="preserve"> media</w:t>
            </w:r>
          </w:p>
        </w:tc>
        <w:tc>
          <w:tcPr>
            <w:tcW w:w="3685" w:type="dxa"/>
          </w:tcPr>
          <w:p w14:paraId="26584A1E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77,413 / 8,340 MPa</w:t>
            </w:r>
          </w:p>
        </w:tc>
      </w:tr>
      <w:tr w:rsidR="00070C06" w14:paraId="57107F86" w14:textId="77777777">
        <w:trPr>
          <w:cantSplit/>
        </w:trPr>
        <w:tc>
          <w:tcPr>
            <w:tcW w:w="5953" w:type="dxa"/>
          </w:tcPr>
          <w:p w14:paraId="012A10F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Margen Goodman eje Ø100</w:t>
            </w:r>
          </w:p>
        </w:tc>
        <w:tc>
          <w:tcPr>
            <w:tcW w:w="3685" w:type="dxa"/>
          </w:tcPr>
          <w:p w14:paraId="45D9FECB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1,761</w:t>
            </w:r>
          </w:p>
        </w:tc>
      </w:tr>
      <w:tr w:rsidR="00070C06" w14:paraId="6045FE27" w14:textId="77777777">
        <w:trPr>
          <w:cantSplit/>
        </w:trPr>
        <w:tc>
          <w:tcPr>
            <w:tcW w:w="5953" w:type="dxa"/>
          </w:tcPr>
          <w:p w14:paraId="2EF90B73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Reacciones de rodamientos</w:t>
            </w:r>
          </w:p>
        </w:tc>
        <w:tc>
          <w:tcPr>
            <w:tcW w:w="3685" w:type="dxa"/>
          </w:tcPr>
          <w:p w14:paraId="23391777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45,652 y −20,652 kN</w:t>
            </w:r>
          </w:p>
        </w:tc>
      </w:tr>
      <w:tr w:rsidR="00070C06" w14:paraId="07D9ADDE" w14:textId="77777777">
        <w:trPr>
          <w:cantSplit/>
        </w:trPr>
        <w:tc>
          <w:tcPr>
            <w:tcW w:w="5953" w:type="dxa"/>
          </w:tcPr>
          <w:p w14:paraId="78341AC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L10 = (425 / 45,652)^(10/3) × 10⁶</w:t>
            </w:r>
          </w:p>
        </w:tc>
        <w:tc>
          <w:tcPr>
            <w:tcW w:w="3685" w:type="dxa"/>
          </w:tcPr>
          <w:p w14:paraId="01F3FA6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1 697 298 484 revoluciones</w:t>
            </w:r>
          </w:p>
        </w:tc>
      </w:tr>
      <w:tr w:rsidR="00070C06" w14:paraId="265A0823" w14:textId="77777777">
        <w:trPr>
          <w:cantSplit/>
        </w:trPr>
        <w:tc>
          <w:tcPr>
            <w:tcW w:w="5953" w:type="dxa"/>
          </w:tcPr>
          <w:p w14:paraId="44EFC177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 xml:space="preserve">Ciclos en 5 años × </w:t>
            </w:r>
            <w:r w:rsidRPr="00541F21">
              <w:rPr>
                <w:sz w:val="18"/>
                <w:lang w:val="es-PE"/>
              </w:rPr>
              <w:t>300 días × 16 h</w:t>
            </w:r>
          </w:p>
        </w:tc>
        <w:tc>
          <w:tcPr>
            <w:tcW w:w="3685" w:type="dxa"/>
          </w:tcPr>
          <w:p w14:paraId="3CDDDC52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28 800 000 a 20 cpm; 43 200 000 a 30 cpm</w:t>
            </w:r>
          </w:p>
        </w:tc>
      </w:tr>
    </w:tbl>
    <w:p w14:paraId="66F6F217" w14:textId="77777777" w:rsidR="00070C06" w:rsidRDefault="000B0B98">
      <w:r>
        <w:br w:type="page"/>
      </w:r>
    </w:p>
    <w:p w14:paraId="2AB25238" w14:textId="77777777" w:rsidR="00070C06" w:rsidRDefault="000B0B98">
      <w:pPr>
        <w:pStyle w:val="Ttulo1"/>
      </w:pPr>
      <w:r>
        <w:lastRenderedPageBreak/>
        <w:t>4 Bastidor y placas</w:t>
      </w:r>
    </w:p>
    <w:p w14:paraId="1608FD79" w14:textId="77777777" w:rsidR="00070C06" w:rsidRDefault="000B0B98">
      <w:pPr>
        <w:pStyle w:val="Ttulo2"/>
      </w:pPr>
      <w:r>
        <w:t>Viga W6 × 25 con platabandas 154 × 12 mm</w:t>
      </w:r>
    </w:p>
    <w:p w14:paraId="71F0B73D" w14:textId="77777777" w:rsidR="00070C06" w:rsidRPr="00541F21" w:rsidRDefault="000B0B98">
      <w:pPr>
        <w:rPr>
          <w:lang w:val="es-PE"/>
        </w:rPr>
      </w:pPr>
      <w:r w:rsidRPr="00541F21">
        <w:rPr>
          <w:lang w:val="es-PE"/>
        </w:rPr>
        <w:t xml:space="preserve">Viga simplemente apoyada. Luz 3 652 mm. E = 200 000 MPa. </w:t>
      </w:r>
      <w:proofErr w:type="spellStart"/>
      <w:r w:rsidRPr="00541F21">
        <w:rPr>
          <w:lang w:val="es-PE"/>
        </w:rPr>
        <w:t>Fy</w:t>
      </w:r>
      <w:proofErr w:type="spellEnd"/>
      <w:r w:rsidRPr="00541F21">
        <w:rPr>
          <w:lang w:val="es-PE"/>
        </w:rPr>
        <w:t xml:space="preserve"> = 250 MPa. I = 50 249 376 mm⁴. S = I / 93 = 540 315,871 mm³.</w:t>
      </w:r>
    </w:p>
    <w:p w14:paraId="3AB28669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m cazo = 2 × 1</w:t>
      </w:r>
      <w:r w:rsidRPr="00541F21">
        <w:rPr>
          <w:lang w:val="es-PE"/>
        </w:rPr>
        <w:t xml:space="preserve"> 000 = 2 000 kg     h caída = 0,50 m     </w:t>
      </w:r>
      <w:r>
        <w:t>δ</w:t>
      </w:r>
      <w:r w:rsidRPr="00541F21">
        <w:rPr>
          <w:lang w:val="es-PE"/>
        </w:rPr>
        <w:t xml:space="preserve"> parada = 0,30 m</w:t>
      </w:r>
      <w:r w:rsidRPr="00541F21">
        <w:rPr>
          <w:lang w:val="es-PE"/>
        </w:rPr>
        <w:br/>
        <w:t>P impacto = mg (1 + 2h/</w:t>
      </w:r>
      <w:r>
        <w:t>δ</w:t>
      </w:r>
      <w:r w:rsidRPr="00541F21">
        <w:rPr>
          <w:lang w:val="es-PE"/>
        </w:rPr>
        <w:t>) = 84,991 kN</w:t>
      </w:r>
      <w:r w:rsidRPr="00541F21">
        <w:rPr>
          <w:lang w:val="es-PE"/>
        </w:rPr>
        <w:br/>
        <w:t>Q previo = (15,06225 − 2) × 9,80665 = 128,097 kN</w:t>
      </w:r>
      <w:r w:rsidRPr="00541F21">
        <w:rPr>
          <w:lang w:val="es-PE"/>
        </w:rPr>
        <w:br/>
      </w:r>
      <w:proofErr w:type="spellStart"/>
      <w:r w:rsidRPr="00541F21">
        <w:rPr>
          <w:lang w:val="es-PE"/>
        </w:rPr>
        <w:t>wu</w:t>
      </w:r>
      <w:proofErr w:type="spellEnd"/>
      <w:r w:rsidRPr="00541F21">
        <w:rPr>
          <w:lang w:val="es-PE"/>
        </w:rPr>
        <w:t xml:space="preserve"> = [1,2D/4 + 1,6 × 0,325 × Q previo] / 3,652 = 26,971 kN/m</w:t>
      </w:r>
      <w:r w:rsidRPr="00541F21">
        <w:rPr>
          <w:lang w:val="es-PE"/>
        </w:rPr>
        <w:br/>
        <w:t>Pu = 1,6 × 0,50 × 84,991 = 67,993 kN</w:t>
      </w:r>
      <w:r w:rsidRPr="00541F21">
        <w:rPr>
          <w:lang w:val="es-PE"/>
        </w:rPr>
        <w:br/>
        <w:t xml:space="preserve">Mu = wuL²/8 </w:t>
      </w:r>
      <w:r w:rsidRPr="00541F21">
        <w:rPr>
          <w:lang w:val="es-PE"/>
        </w:rPr>
        <w:t xml:space="preserve">+ </w:t>
      </w:r>
      <w:proofErr w:type="spellStart"/>
      <w:proofErr w:type="gramStart"/>
      <w:r w:rsidRPr="00541F21">
        <w:rPr>
          <w:lang w:val="es-PE"/>
        </w:rPr>
        <w:t>PuL</w:t>
      </w:r>
      <w:proofErr w:type="spellEnd"/>
      <w:proofErr w:type="gramEnd"/>
      <w:r w:rsidRPr="00541F21">
        <w:rPr>
          <w:lang w:val="es-PE"/>
        </w:rPr>
        <w:t xml:space="preserve">/4 = 107,042 </w:t>
      </w:r>
      <w:proofErr w:type="spellStart"/>
      <w:r w:rsidRPr="00541F21">
        <w:rPr>
          <w:lang w:val="es-PE"/>
        </w:rPr>
        <w:t>kN·m</w:t>
      </w:r>
      <w:proofErr w:type="spellEnd"/>
      <w:r w:rsidRPr="00541F21">
        <w:rPr>
          <w:lang w:val="es-PE"/>
        </w:rPr>
        <w:br/>
      </w:r>
      <w:r>
        <w:t>φ</w:t>
      </w:r>
      <w:proofErr w:type="spellStart"/>
      <w:r w:rsidRPr="00541F21">
        <w:rPr>
          <w:lang w:val="es-PE"/>
        </w:rPr>
        <w:t>FyS</w:t>
      </w:r>
      <w:proofErr w:type="spellEnd"/>
      <w:r w:rsidRPr="00541F21">
        <w:rPr>
          <w:lang w:val="es-PE"/>
        </w:rPr>
        <w:t xml:space="preserve"> = 0,90 × 250 × 540 315,871 / 10⁶ = 121,571 </w:t>
      </w:r>
      <w:proofErr w:type="spellStart"/>
      <w:r w:rsidRPr="00541F21">
        <w:rPr>
          <w:lang w:val="es-PE"/>
        </w:rPr>
        <w:t>kN·m</w:t>
      </w:r>
      <w:proofErr w:type="spellEnd"/>
      <w:r w:rsidRPr="00541F21">
        <w:rPr>
          <w:lang w:val="es-PE"/>
        </w:rPr>
        <w:br/>
        <w:t xml:space="preserve">Mu / </w:t>
      </w:r>
      <w:r>
        <w:t>φ</w:t>
      </w:r>
      <w:proofErr w:type="spellStart"/>
      <w:r w:rsidRPr="00541F21">
        <w:rPr>
          <w:lang w:val="es-PE"/>
        </w:rPr>
        <w:t>FyS</w:t>
      </w:r>
      <w:proofErr w:type="spellEnd"/>
      <w:r w:rsidRPr="00541F21">
        <w:rPr>
          <w:lang w:val="es-PE"/>
        </w:rPr>
        <w:t xml:space="preserve"> = 0,880     R = </w:t>
      </w:r>
      <w:proofErr w:type="spellStart"/>
      <w:r w:rsidRPr="00541F21">
        <w:rPr>
          <w:lang w:val="es-PE"/>
        </w:rPr>
        <w:t>wuL</w:t>
      </w:r>
      <w:proofErr w:type="spellEnd"/>
      <w:r w:rsidRPr="00541F21">
        <w:rPr>
          <w:lang w:val="es-PE"/>
        </w:rPr>
        <w:t>/2 + Pu/2 = 83,245 kN</w:t>
      </w:r>
    </w:p>
    <w:p w14:paraId="6DDB4FAB" w14:textId="77777777" w:rsidR="00070C06" w:rsidRPr="00541F21" w:rsidRDefault="000B0B98">
      <w:pPr>
        <w:spacing w:after="140"/>
        <w:ind w:left="170"/>
        <w:rPr>
          <w:lang w:val="es-PE"/>
        </w:rPr>
      </w:pPr>
      <w:proofErr w:type="spellStart"/>
      <w:r w:rsidRPr="00541F21">
        <w:rPr>
          <w:lang w:val="es-PE"/>
        </w:rPr>
        <w:t>ws</w:t>
      </w:r>
      <w:proofErr w:type="spellEnd"/>
      <w:r w:rsidRPr="00541F21">
        <w:rPr>
          <w:lang w:val="es-PE"/>
        </w:rPr>
        <w:t xml:space="preserve"> = 18,676 N/mm; </w:t>
      </w:r>
      <w:proofErr w:type="spellStart"/>
      <w:r w:rsidRPr="00541F21">
        <w:rPr>
          <w:lang w:val="es-PE"/>
        </w:rPr>
        <w:t>Ps</w:t>
      </w:r>
      <w:proofErr w:type="spellEnd"/>
      <w:r w:rsidRPr="00541F21">
        <w:rPr>
          <w:lang w:val="es-PE"/>
        </w:rPr>
        <w:t xml:space="preserve"> = 42 495,483 N; L = 3 652 mm</w:t>
      </w:r>
      <w:r w:rsidRPr="00541F21">
        <w:rPr>
          <w:lang w:val="es-PE"/>
        </w:rPr>
        <w:br/>
      </w:r>
      <w:r>
        <w:t>δ</w:t>
      </w:r>
      <w:r w:rsidRPr="00541F21">
        <w:rPr>
          <w:lang w:val="es-PE"/>
        </w:rPr>
        <w:t xml:space="preserve"> = 5wsL⁴ / (384EI) + PsL³ / (48EI) = 8,595 mm</w:t>
      </w:r>
      <w:r w:rsidRPr="00541F21">
        <w:rPr>
          <w:lang w:val="es-PE"/>
        </w:rPr>
        <w:br/>
      </w:r>
      <w:r>
        <w:t>φ</w:t>
      </w:r>
      <w:proofErr w:type="spellStart"/>
      <w:r w:rsidRPr="00541F21">
        <w:rPr>
          <w:lang w:val="es-PE"/>
        </w:rPr>
        <w:t>Vn</w:t>
      </w:r>
      <w:proofErr w:type="spellEnd"/>
      <w:r w:rsidRPr="00541F21">
        <w:rPr>
          <w:lang w:val="es-PE"/>
        </w:rPr>
        <w:t xml:space="preserve"> = 151,778 kN     R / </w:t>
      </w:r>
      <w:r>
        <w:t>φ</w:t>
      </w:r>
      <w:proofErr w:type="spellStart"/>
      <w:r w:rsidRPr="00541F21">
        <w:rPr>
          <w:lang w:val="es-PE"/>
        </w:rPr>
        <w:t>Vn</w:t>
      </w:r>
      <w:proofErr w:type="spellEnd"/>
      <w:r w:rsidRPr="00541F21">
        <w:rPr>
          <w:lang w:val="es-PE"/>
        </w:rPr>
        <w:t xml:space="preserve"> = 0</w:t>
      </w:r>
      <w:r w:rsidRPr="00541F21">
        <w:rPr>
          <w:lang w:val="es-PE"/>
        </w:rPr>
        <w:t>,548</w:t>
      </w:r>
    </w:p>
    <w:p w14:paraId="118C580C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Asiento soldado</w:t>
      </w:r>
    </w:p>
    <w:p w14:paraId="501A80D3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Filete a = 6 mm; cuatro líneas verticales de 150 mm; excentricidad e = 100 mm</w:t>
      </w:r>
      <w:r w:rsidRPr="00541F21">
        <w:rPr>
          <w:lang w:val="es-PE"/>
        </w:rPr>
        <w:br/>
        <w:t>J líneas = 4 × 150³ / 12 = 1 125 000 mm³; R = 83 245,405 N</w:t>
      </w:r>
      <w:r w:rsidRPr="00541F21">
        <w:rPr>
          <w:lang w:val="es-PE"/>
        </w:rPr>
        <w:br/>
        <w:t>q = √[(R/</w:t>
      </w:r>
      <w:proofErr w:type="gramStart"/>
      <w:r w:rsidRPr="00541F21">
        <w:rPr>
          <w:lang w:val="es-PE"/>
        </w:rPr>
        <w:t>600)²</w:t>
      </w:r>
      <w:proofErr w:type="gramEnd"/>
      <w:r w:rsidRPr="00541F21">
        <w:rPr>
          <w:lang w:val="es-PE"/>
        </w:rPr>
        <w:t xml:space="preserve"> + (R × 100 × 75 / J)²] = 572,049 N/mm</w:t>
      </w:r>
      <w:r w:rsidRPr="00541F21">
        <w:rPr>
          <w:lang w:val="es-PE"/>
        </w:rPr>
        <w:br/>
      </w:r>
      <w:r>
        <w:t>φ</w:t>
      </w:r>
      <w:r w:rsidRPr="00541F21">
        <w:rPr>
          <w:lang w:val="es-PE"/>
        </w:rPr>
        <w:t xml:space="preserve">Rn por longitud = 0,75 × 0,60 × 490 × 0,707 </w:t>
      </w:r>
      <w:r w:rsidRPr="00541F21">
        <w:rPr>
          <w:lang w:val="es-PE"/>
        </w:rPr>
        <w:t>× 6 = 935,361 N/mm</w:t>
      </w:r>
      <w:r w:rsidRPr="00541F21">
        <w:rPr>
          <w:lang w:val="es-PE"/>
        </w:rPr>
        <w:br/>
        <w:t xml:space="preserve">q / </w:t>
      </w:r>
      <w:r>
        <w:t>φ</w:t>
      </w:r>
      <w:r w:rsidRPr="00541F21">
        <w:rPr>
          <w:lang w:val="es-PE"/>
        </w:rPr>
        <w:t>Rn = 0,612</w:t>
      </w:r>
    </w:p>
    <w:p w14:paraId="23CD0EE6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Placas bajo presión de 30 kPa</w:t>
      </w:r>
    </w:p>
    <w:p w14:paraId="0CC144C8" w14:textId="77777777" w:rsidR="00070C06" w:rsidRPr="00541F21" w:rsidRDefault="000B0B98">
      <w:pPr>
        <w:rPr>
          <w:lang w:val="es-PE"/>
        </w:rPr>
      </w:pPr>
      <w:r w:rsidRPr="00541F21">
        <w:rPr>
          <w:lang w:val="es-PE"/>
        </w:rPr>
        <w:t>Modelo de franja simplemente apoyada. Espesor resistente t = 10 mm. Presión p = 0,030 N/mm². El revestimiento desmontable se contabiliza por separado.</w:t>
      </w:r>
    </w:p>
    <w:p w14:paraId="6D785B1C" w14:textId="77777777" w:rsidR="00070C06" w:rsidRPr="00541F21" w:rsidRDefault="000B0B98">
      <w:pPr>
        <w:spacing w:after="140"/>
        <w:ind w:left="170"/>
        <w:rPr>
          <w:lang w:val="es-PE"/>
        </w:rPr>
      </w:pPr>
      <w:r>
        <w:t>σ</w:t>
      </w:r>
      <w:r w:rsidRPr="00541F21">
        <w:rPr>
          <w:lang w:val="es-PE"/>
        </w:rPr>
        <w:t xml:space="preserve"> = 0,75pL²/t²     </w:t>
      </w:r>
      <w:r>
        <w:t>δ</w:t>
      </w:r>
      <w:r w:rsidRPr="00541F21">
        <w:rPr>
          <w:lang w:val="es-PE"/>
        </w:rPr>
        <w:t xml:space="preserve"> = 5pL⁴/(32Et</w:t>
      </w:r>
      <w:proofErr w:type="gramStart"/>
      <w:r w:rsidRPr="00541F21">
        <w:rPr>
          <w:lang w:val="es-PE"/>
        </w:rPr>
        <w:t xml:space="preserve">³)   </w:t>
      </w:r>
      <w:proofErr w:type="gramEnd"/>
      <w:r w:rsidRPr="00541F21">
        <w:rPr>
          <w:lang w:val="es-PE"/>
        </w:rPr>
        <w:t xml:space="preserve">  </w:t>
      </w:r>
      <w:r>
        <w:t>δ</w:t>
      </w:r>
      <w:r w:rsidRPr="00541F21">
        <w:rPr>
          <w:lang w:val="es-PE"/>
        </w:rPr>
        <w:t xml:space="preserve"> límite = L/200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587"/>
        <w:gridCol w:w="1587"/>
        <w:gridCol w:w="1587"/>
        <w:gridCol w:w="1587"/>
      </w:tblGrid>
      <w:tr w:rsidR="00070C06" w14:paraId="048F7876" w14:textId="77777777">
        <w:trPr>
          <w:cantSplit/>
          <w:tblHeader/>
        </w:trPr>
        <w:tc>
          <w:tcPr>
            <w:tcW w:w="3402" w:type="dxa"/>
            <w:shd w:val="clear" w:color="auto" w:fill="E8EEF1"/>
          </w:tcPr>
          <w:p w14:paraId="3D4C32B0" w14:textId="77777777" w:rsidR="00070C06" w:rsidRDefault="000B0B98">
            <w:pPr>
              <w:spacing w:before="60" w:after="60"/>
            </w:pPr>
            <w:proofErr w:type="spellStart"/>
            <w:r>
              <w:rPr>
                <w:b/>
                <w:sz w:val="18"/>
              </w:rPr>
              <w:t>Elemento</w:t>
            </w:r>
            <w:proofErr w:type="spellEnd"/>
          </w:p>
        </w:tc>
        <w:tc>
          <w:tcPr>
            <w:tcW w:w="1587" w:type="dxa"/>
            <w:shd w:val="clear" w:color="auto" w:fill="E8EEF1"/>
          </w:tcPr>
          <w:p w14:paraId="2F416AF9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L mm</w:t>
            </w:r>
          </w:p>
        </w:tc>
        <w:tc>
          <w:tcPr>
            <w:tcW w:w="1587" w:type="dxa"/>
            <w:shd w:val="clear" w:color="auto" w:fill="E8EEF1"/>
          </w:tcPr>
          <w:p w14:paraId="7BB18E8C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σ MPa</w:t>
            </w:r>
          </w:p>
        </w:tc>
        <w:tc>
          <w:tcPr>
            <w:tcW w:w="1587" w:type="dxa"/>
            <w:shd w:val="clear" w:color="auto" w:fill="E8EEF1"/>
          </w:tcPr>
          <w:p w14:paraId="65B6849F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δ mm</w:t>
            </w:r>
          </w:p>
        </w:tc>
        <w:tc>
          <w:tcPr>
            <w:tcW w:w="1587" w:type="dxa"/>
            <w:shd w:val="clear" w:color="auto" w:fill="E8EEF1"/>
          </w:tcPr>
          <w:p w14:paraId="260ABA07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L/200 mm</w:t>
            </w:r>
          </w:p>
        </w:tc>
      </w:tr>
      <w:tr w:rsidR="00070C06" w14:paraId="3BEA93DD" w14:textId="77777777">
        <w:trPr>
          <w:cantSplit/>
        </w:trPr>
        <w:tc>
          <w:tcPr>
            <w:tcW w:w="3402" w:type="dxa"/>
          </w:tcPr>
          <w:p w14:paraId="0F0CF92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Transicion sin nervio intermedio</w:t>
            </w:r>
          </w:p>
        </w:tc>
        <w:tc>
          <w:tcPr>
            <w:tcW w:w="1587" w:type="dxa"/>
          </w:tcPr>
          <w:p w14:paraId="7FBED5B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1 547,78</w:t>
            </w:r>
          </w:p>
        </w:tc>
        <w:tc>
          <w:tcPr>
            <w:tcW w:w="1587" w:type="dxa"/>
          </w:tcPr>
          <w:p w14:paraId="571975B7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539,02</w:t>
            </w:r>
          </w:p>
        </w:tc>
        <w:tc>
          <w:tcPr>
            <w:tcW w:w="1587" w:type="dxa"/>
          </w:tcPr>
          <w:p w14:paraId="06C5DC27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134,508</w:t>
            </w:r>
          </w:p>
        </w:tc>
        <w:tc>
          <w:tcPr>
            <w:tcW w:w="1587" w:type="dxa"/>
          </w:tcPr>
          <w:p w14:paraId="6F9B8281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7,739</w:t>
            </w:r>
          </w:p>
        </w:tc>
      </w:tr>
      <w:tr w:rsidR="00070C06" w14:paraId="07641DB4" w14:textId="77777777">
        <w:trPr>
          <w:cantSplit/>
        </w:trPr>
        <w:tc>
          <w:tcPr>
            <w:tcW w:w="3402" w:type="dxa"/>
          </w:tcPr>
          <w:p w14:paraId="313748A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Panel de 500 mm</w:t>
            </w:r>
          </w:p>
        </w:tc>
        <w:tc>
          <w:tcPr>
            <w:tcW w:w="1587" w:type="dxa"/>
          </w:tcPr>
          <w:p w14:paraId="30EAC719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500,00</w:t>
            </w:r>
          </w:p>
        </w:tc>
        <w:tc>
          <w:tcPr>
            <w:tcW w:w="1587" w:type="dxa"/>
          </w:tcPr>
          <w:p w14:paraId="39E4C5C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56,25</w:t>
            </w:r>
          </w:p>
        </w:tc>
        <w:tc>
          <w:tcPr>
            <w:tcW w:w="1587" w:type="dxa"/>
          </w:tcPr>
          <w:p w14:paraId="18851A6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1,465</w:t>
            </w:r>
          </w:p>
        </w:tc>
        <w:tc>
          <w:tcPr>
            <w:tcW w:w="1587" w:type="dxa"/>
          </w:tcPr>
          <w:p w14:paraId="45527520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2,500</w:t>
            </w:r>
          </w:p>
        </w:tc>
      </w:tr>
      <w:tr w:rsidR="00070C06" w14:paraId="53386789" w14:textId="77777777">
        <w:trPr>
          <w:cantSplit/>
        </w:trPr>
        <w:tc>
          <w:tcPr>
            <w:tcW w:w="3402" w:type="dxa"/>
          </w:tcPr>
          <w:p w14:paraId="26D42409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Hoja compuerta</w:t>
            </w:r>
          </w:p>
        </w:tc>
        <w:tc>
          <w:tcPr>
            <w:tcW w:w="1587" w:type="dxa"/>
          </w:tcPr>
          <w:p w14:paraId="3377361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500,00</w:t>
            </w:r>
          </w:p>
        </w:tc>
        <w:tc>
          <w:tcPr>
            <w:tcW w:w="1587" w:type="dxa"/>
          </w:tcPr>
          <w:p w14:paraId="7F634C32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56,25</w:t>
            </w:r>
          </w:p>
        </w:tc>
        <w:tc>
          <w:tcPr>
            <w:tcW w:w="1587" w:type="dxa"/>
          </w:tcPr>
          <w:p w14:paraId="1F6F28AE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1,465</w:t>
            </w:r>
          </w:p>
        </w:tc>
        <w:tc>
          <w:tcPr>
            <w:tcW w:w="1587" w:type="dxa"/>
          </w:tcPr>
          <w:p w14:paraId="0678614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2,500</w:t>
            </w:r>
          </w:p>
        </w:tc>
      </w:tr>
    </w:tbl>
    <w:p w14:paraId="35E8D9F2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 xml:space="preserve">Transición sin nervio intermedio: </w:t>
      </w:r>
      <w:r>
        <w:t>σ</w:t>
      </w:r>
      <w:r w:rsidRPr="00541F21">
        <w:rPr>
          <w:lang w:val="es-PE"/>
        </w:rPr>
        <w:t xml:space="preserve"> / </w:t>
      </w:r>
      <w:proofErr w:type="spellStart"/>
      <w:r w:rsidRPr="00541F21">
        <w:rPr>
          <w:lang w:val="es-PE"/>
        </w:rPr>
        <w:t>Fy</w:t>
      </w:r>
      <w:proofErr w:type="spellEnd"/>
      <w:r w:rsidRPr="00541F21">
        <w:rPr>
          <w:lang w:val="es-PE"/>
        </w:rPr>
        <w:t xml:space="preserve"> = 539,016 / </w:t>
      </w:r>
      <w:r w:rsidRPr="00541F21">
        <w:rPr>
          <w:lang w:val="es-PE"/>
        </w:rPr>
        <w:t>250 = 2,156</w:t>
      </w:r>
      <w:r w:rsidRPr="00541F21">
        <w:rPr>
          <w:lang w:val="es-PE"/>
        </w:rPr>
        <w:br/>
      </w:r>
      <w:r>
        <w:t>δ</w:t>
      </w:r>
      <w:r w:rsidRPr="00541F21">
        <w:rPr>
          <w:lang w:val="es-PE"/>
        </w:rPr>
        <w:t xml:space="preserve"> / (L/200) = 134,508 / 7,739 = 17,381</w:t>
      </w:r>
    </w:p>
    <w:p w14:paraId="40FDF753" w14:textId="5990C807" w:rsidR="00070C06" w:rsidRPr="00541F21" w:rsidRDefault="000B0B98">
      <w:pPr>
        <w:rPr>
          <w:lang w:val="es-PE"/>
        </w:rPr>
      </w:pPr>
      <w:r w:rsidRPr="00541F21">
        <w:rPr>
          <w:b/>
          <w:lang w:val="es-PE"/>
        </w:rPr>
        <w:t xml:space="preserve">Cargas incluidas: gravedad e impacto supuesto de carga. </w:t>
      </w:r>
      <w:r w:rsidR="00541F21">
        <w:rPr>
          <w:b/>
          <w:lang w:val="es-PE"/>
        </w:rPr>
        <w:br/>
      </w:r>
      <w:r w:rsidRPr="00541F21">
        <w:rPr>
          <w:b/>
          <w:lang w:val="es-PE"/>
        </w:rPr>
        <w:t>Comprobaciones de esta hoja: fluencia elástica, cortante, filete local y franja de placa.</w:t>
      </w:r>
    </w:p>
    <w:p w14:paraId="6A05FFE5" w14:textId="77777777" w:rsidR="00070C06" w:rsidRPr="00541F21" w:rsidRDefault="000B0B98">
      <w:pPr>
        <w:rPr>
          <w:lang w:val="es-PE"/>
        </w:rPr>
      </w:pPr>
      <w:r w:rsidRPr="00541F21">
        <w:rPr>
          <w:lang w:val="es-PE"/>
        </w:rPr>
        <w:br w:type="page"/>
      </w:r>
    </w:p>
    <w:p w14:paraId="0336DEBE" w14:textId="77777777" w:rsidR="00070C06" w:rsidRPr="00541F21" w:rsidRDefault="000B0B98">
      <w:pPr>
        <w:pStyle w:val="Ttulo1"/>
        <w:rPr>
          <w:lang w:val="es-PE"/>
        </w:rPr>
      </w:pPr>
      <w:r w:rsidRPr="00541F21">
        <w:rPr>
          <w:lang w:val="es-PE"/>
        </w:rPr>
        <w:lastRenderedPageBreak/>
        <w:t xml:space="preserve">5 </w:t>
      </w:r>
      <w:proofErr w:type="gramStart"/>
      <w:r w:rsidRPr="00541F21">
        <w:rPr>
          <w:lang w:val="es-PE"/>
        </w:rPr>
        <w:t>Compuerta</w:t>
      </w:r>
      <w:proofErr w:type="gramEnd"/>
      <w:r w:rsidRPr="00541F21">
        <w:rPr>
          <w:lang w:val="es-PE"/>
        </w:rPr>
        <w:t xml:space="preserve"> y accionamiento</w:t>
      </w:r>
    </w:p>
    <w:p w14:paraId="6B0BDDBC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Geometría y fuerza axial</w:t>
      </w:r>
    </w:p>
    <w:p w14:paraId="414676C7" w14:textId="77777777" w:rsidR="00070C06" w:rsidRPr="00541F21" w:rsidRDefault="000B0B98">
      <w:pPr>
        <w:spacing w:after="140"/>
        <w:ind w:left="170"/>
        <w:rPr>
          <w:lang w:val="es-PE"/>
        </w:rPr>
      </w:pPr>
      <w:r>
        <w:t>α</w:t>
      </w:r>
      <w:r w:rsidRPr="00541F21">
        <w:rPr>
          <w:lang w:val="es-PE"/>
        </w:rPr>
        <w:t xml:space="preserve"> = </w:t>
      </w:r>
      <w:proofErr w:type="gramStart"/>
      <w:r w:rsidRPr="00541F21">
        <w:rPr>
          <w:lang w:val="es-PE"/>
        </w:rPr>
        <w:t>atan(</w:t>
      </w:r>
      <w:proofErr w:type="gramEnd"/>
      <w:r w:rsidRPr="00541F21">
        <w:rPr>
          <w:lang w:val="es-PE"/>
        </w:rPr>
        <w:t>800 / 1 325) = 31,12247°     A ventana = 0,50 × 0,50 = 0,25 m²</w:t>
      </w:r>
      <w:r w:rsidRPr="00541F21">
        <w:rPr>
          <w:lang w:val="es-PE"/>
        </w:rPr>
        <w:br/>
        <w:t>m móvil de cálculo = 75 kg     G = 75 × 9,80665 / 1 000 = 0,735499 kN</w:t>
      </w:r>
      <w:r w:rsidRPr="00541F21">
        <w:rPr>
          <w:lang w:val="es-PE"/>
        </w:rPr>
        <w:br/>
        <w:t xml:space="preserve">Fr = </w:t>
      </w:r>
      <w:r>
        <w:t>μ</w:t>
      </w:r>
      <w:r w:rsidRPr="00541F21">
        <w:rPr>
          <w:lang w:val="es-PE"/>
        </w:rPr>
        <w:t>(</w:t>
      </w:r>
      <w:proofErr w:type="spellStart"/>
      <w:r w:rsidRPr="00541F21">
        <w:rPr>
          <w:lang w:val="es-PE"/>
        </w:rPr>
        <w:t>pA</w:t>
      </w:r>
      <w:proofErr w:type="spellEnd"/>
      <w:r w:rsidRPr="00541F21">
        <w:rPr>
          <w:lang w:val="es-PE"/>
        </w:rPr>
        <w:t xml:space="preserve"> + G cos </w:t>
      </w:r>
      <w:r>
        <w:t>α</w:t>
      </w:r>
      <w:r w:rsidRPr="00541F21">
        <w:rPr>
          <w:lang w:val="es-PE"/>
        </w:rPr>
        <w:t>) + F sellos</w:t>
      </w:r>
      <w:r w:rsidRPr="00541F21">
        <w:rPr>
          <w:lang w:val="es-PE"/>
        </w:rPr>
        <w:br/>
        <w:t xml:space="preserve">F abrir = 1,50(Fr + G sen </w:t>
      </w:r>
      <w:r>
        <w:t>α</w:t>
      </w:r>
      <w:r w:rsidRPr="00541F21">
        <w:rPr>
          <w:lang w:val="es-PE"/>
        </w:rPr>
        <w:t>)</w:t>
      </w:r>
      <w:r w:rsidRPr="00541F21">
        <w:rPr>
          <w:lang w:val="es-PE"/>
        </w:rPr>
        <w:br/>
        <w:t xml:space="preserve">F cerrar = 1,50(Fr − G sen </w:t>
      </w:r>
      <w:r>
        <w:t>α</w:t>
      </w:r>
      <w:r w:rsidRPr="00541F21">
        <w:rPr>
          <w:lang w:val="es-PE"/>
        </w:rPr>
        <w:t>)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1247"/>
        <w:gridCol w:w="1928"/>
        <w:gridCol w:w="2494"/>
        <w:gridCol w:w="2494"/>
      </w:tblGrid>
      <w:tr w:rsidR="00070C06" w14:paraId="1E15C38F" w14:textId="77777777">
        <w:trPr>
          <w:cantSplit/>
          <w:tblHeader/>
        </w:trPr>
        <w:tc>
          <w:tcPr>
            <w:tcW w:w="1587" w:type="dxa"/>
            <w:shd w:val="clear" w:color="auto" w:fill="E8EEF1"/>
          </w:tcPr>
          <w:p w14:paraId="4747760D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p kPa</w:t>
            </w:r>
          </w:p>
        </w:tc>
        <w:tc>
          <w:tcPr>
            <w:tcW w:w="1247" w:type="dxa"/>
            <w:shd w:val="clear" w:color="auto" w:fill="E8EEF1"/>
          </w:tcPr>
          <w:p w14:paraId="1B88AEAF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μ</w:t>
            </w:r>
          </w:p>
        </w:tc>
        <w:tc>
          <w:tcPr>
            <w:tcW w:w="1928" w:type="dxa"/>
            <w:shd w:val="clear" w:color="auto" w:fill="E8EEF1"/>
          </w:tcPr>
          <w:p w14:paraId="65A240DF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Sellos kN</w:t>
            </w:r>
          </w:p>
        </w:tc>
        <w:tc>
          <w:tcPr>
            <w:tcW w:w="2494" w:type="dxa"/>
            <w:shd w:val="clear" w:color="auto" w:fill="E8EEF1"/>
          </w:tcPr>
          <w:p w14:paraId="1C9F87ED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Abrir kN</w:t>
            </w:r>
          </w:p>
        </w:tc>
        <w:tc>
          <w:tcPr>
            <w:tcW w:w="2494" w:type="dxa"/>
            <w:shd w:val="clear" w:color="auto" w:fill="E8EEF1"/>
          </w:tcPr>
          <w:p w14:paraId="2F2E4B91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Cerrar kN</w:t>
            </w:r>
          </w:p>
        </w:tc>
      </w:tr>
      <w:tr w:rsidR="00070C06" w14:paraId="03200F3E" w14:textId="77777777">
        <w:trPr>
          <w:cantSplit/>
        </w:trPr>
        <w:tc>
          <w:tcPr>
            <w:tcW w:w="1587" w:type="dxa"/>
          </w:tcPr>
          <w:p w14:paraId="43FBFC2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5</w:t>
            </w:r>
          </w:p>
        </w:tc>
        <w:tc>
          <w:tcPr>
            <w:tcW w:w="1247" w:type="dxa"/>
          </w:tcPr>
          <w:p w14:paraId="3505F8CE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0,2</w:t>
            </w:r>
          </w:p>
        </w:tc>
        <w:tc>
          <w:tcPr>
            <w:tcW w:w="1928" w:type="dxa"/>
          </w:tcPr>
          <w:p w14:paraId="4126C1F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0,5</w:t>
            </w:r>
          </w:p>
        </w:tc>
        <w:tc>
          <w:tcPr>
            <w:tcW w:w="2494" w:type="dxa"/>
          </w:tcPr>
          <w:p w14:paraId="06ECE7DF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1,8841</w:t>
            </w:r>
          </w:p>
        </w:tc>
        <w:tc>
          <w:tcPr>
            <w:tcW w:w="2494" w:type="dxa"/>
          </w:tcPr>
          <w:p w14:paraId="49880B23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0,7437</w:t>
            </w:r>
          </w:p>
        </w:tc>
      </w:tr>
      <w:tr w:rsidR="00070C06" w14:paraId="0BAFE26C" w14:textId="77777777">
        <w:trPr>
          <w:cantSplit/>
        </w:trPr>
        <w:tc>
          <w:tcPr>
            <w:tcW w:w="1587" w:type="dxa"/>
          </w:tcPr>
          <w:p w14:paraId="7FF5629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15</w:t>
            </w:r>
          </w:p>
        </w:tc>
        <w:tc>
          <w:tcPr>
            <w:tcW w:w="1247" w:type="dxa"/>
          </w:tcPr>
          <w:p w14:paraId="03D4F782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0,35</w:t>
            </w:r>
          </w:p>
        </w:tc>
        <w:tc>
          <w:tcPr>
            <w:tcW w:w="1928" w:type="dxa"/>
          </w:tcPr>
          <w:p w14:paraId="1C27F1F2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2494" w:type="dxa"/>
          </w:tcPr>
          <w:p w14:paraId="4379A1D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4,3695</w:t>
            </w:r>
          </w:p>
        </w:tc>
        <w:tc>
          <w:tcPr>
            <w:tcW w:w="2494" w:type="dxa"/>
          </w:tcPr>
          <w:p w14:paraId="2C426F2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3,2291</w:t>
            </w:r>
          </w:p>
        </w:tc>
      </w:tr>
      <w:tr w:rsidR="00070C06" w14:paraId="6E8C2DDC" w14:textId="77777777">
        <w:trPr>
          <w:cantSplit/>
        </w:trPr>
        <w:tc>
          <w:tcPr>
            <w:tcW w:w="1587" w:type="dxa"/>
          </w:tcPr>
          <w:p w14:paraId="758E113D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30</w:t>
            </w:r>
          </w:p>
        </w:tc>
        <w:tc>
          <w:tcPr>
            <w:tcW w:w="1247" w:type="dxa"/>
          </w:tcPr>
          <w:p w14:paraId="6638405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0,5</w:t>
            </w:r>
          </w:p>
        </w:tc>
        <w:tc>
          <w:tcPr>
            <w:tcW w:w="1928" w:type="dxa"/>
          </w:tcPr>
          <w:p w14:paraId="1709ABD1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3</w:t>
            </w:r>
          </w:p>
        </w:tc>
        <w:tc>
          <w:tcPr>
            <w:tcW w:w="2494" w:type="dxa"/>
          </w:tcPr>
          <w:p w14:paraId="691132B6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11,1675</w:t>
            </w:r>
          </w:p>
        </w:tc>
        <w:tc>
          <w:tcPr>
            <w:tcW w:w="2494" w:type="dxa"/>
          </w:tcPr>
          <w:p w14:paraId="53D35C63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10,0270</w:t>
            </w:r>
          </w:p>
        </w:tc>
      </w:tr>
    </w:tbl>
    <w:p w14:paraId="12C84058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F abrir con aceleración = 11,167461 + 1,50 × 75 × 0,030 / 1 000</w:t>
      </w:r>
      <w:r w:rsidRPr="00541F21">
        <w:rPr>
          <w:lang w:val="es-PE"/>
        </w:rPr>
        <w:br/>
        <w:t>F abrir con aceleración = 11,170836 kN</w:t>
      </w:r>
      <w:r w:rsidRPr="00541F21">
        <w:rPr>
          <w:lang w:val="es-PE"/>
        </w:rPr>
        <w:br/>
        <w:t>Relación axial = 25 / 11,170836 = 2,238</w:t>
      </w:r>
    </w:p>
    <w:p w14:paraId="27592758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 xml:space="preserve">Velocidad tiempo y </w:t>
      </w:r>
      <w:r w:rsidRPr="00541F21">
        <w:rPr>
          <w:lang w:val="es-PE"/>
        </w:rPr>
        <w:t>transmisión</w:t>
      </w:r>
    </w:p>
    <w:p w14:paraId="2247175D" w14:textId="77777777" w:rsidR="00070C06" w:rsidRPr="00541F21" w:rsidRDefault="000B0B98">
      <w:pPr>
        <w:spacing w:after="140"/>
        <w:ind w:left="170"/>
        <w:rPr>
          <w:lang w:val="es-PE"/>
        </w:rPr>
      </w:pPr>
      <w:r w:rsidRPr="00541F21">
        <w:rPr>
          <w:lang w:val="es-PE"/>
        </w:rPr>
        <w:t>Recorrido s = 550 mm     v máximo = 30 mm/s     a = 30 mm/s²</w:t>
      </w:r>
      <w:r w:rsidRPr="00541F21">
        <w:rPr>
          <w:lang w:val="es-PE"/>
        </w:rPr>
        <w:br/>
        <w:t>t rampa = v/a = 1,000 s</w:t>
      </w:r>
      <w:r w:rsidRPr="00541F21">
        <w:rPr>
          <w:lang w:val="es-PE"/>
        </w:rPr>
        <w:br/>
        <w:t>t por sentido = s/v + t rampa = 19,333 s</w:t>
      </w:r>
      <w:r w:rsidRPr="00541F21">
        <w:rPr>
          <w:lang w:val="es-PE"/>
        </w:rPr>
        <w:br/>
        <w:t>Paso husillo = 10 mm     n husillo = 30 × 60 / 10 = 180 rpm</w:t>
      </w:r>
      <w:r w:rsidRPr="00541F21">
        <w:rPr>
          <w:lang w:val="es-PE"/>
        </w:rPr>
        <w:br/>
        <w:t>Relación EBR = 6:1     n entrada = 180 × 6 = 1 080 rpm</w:t>
      </w:r>
    </w:p>
    <w:p w14:paraId="1C580DB3" w14:textId="77777777" w:rsidR="00070C06" w:rsidRPr="00541F21" w:rsidRDefault="000B0B98">
      <w:pPr>
        <w:pStyle w:val="Ttulo2"/>
        <w:rPr>
          <w:lang w:val="es-PE"/>
        </w:rPr>
      </w:pPr>
      <w:r w:rsidRPr="00541F21">
        <w:rPr>
          <w:lang w:val="es-PE"/>
        </w:rPr>
        <w:t>Pot</w:t>
      </w:r>
      <w:r w:rsidRPr="00541F21">
        <w:rPr>
          <w:lang w:val="es-PE"/>
        </w:rPr>
        <w:t>encia y par a 25 kN</w:t>
      </w:r>
    </w:p>
    <w:p w14:paraId="7912475E" w14:textId="77777777" w:rsidR="00070C06" w:rsidRPr="00541F21" w:rsidRDefault="000B0B98">
      <w:pPr>
        <w:spacing w:after="140"/>
        <w:ind w:left="170"/>
        <w:rPr>
          <w:lang w:val="es-PE"/>
        </w:rPr>
      </w:pPr>
      <w:r>
        <w:t>η</w:t>
      </w:r>
      <w:r w:rsidRPr="00541F21">
        <w:rPr>
          <w:lang w:val="es-PE"/>
        </w:rPr>
        <w:t xml:space="preserve"> husillo y reductor = 0,692</w:t>
      </w:r>
      <w:r w:rsidRPr="00541F21">
        <w:rPr>
          <w:lang w:val="es-PE"/>
        </w:rPr>
        <w:br/>
        <w:t xml:space="preserve">P entrada = </w:t>
      </w:r>
      <w:proofErr w:type="spellStart"/>
      <w:r w:rsidRPr="00541F21">
        <w:rPr>
          <w:lang w:val="es-PE"/>
        </w:rPr>
        <w:t>Fv</w:t>
      </w:r>
      <w:proofErr w:type="spellEnd"/>
      <w:r w:rsidRPr="00541F21">
        <w:rPr>
          <w:lang w:val="es-PE"/>
        </w:rPr>
        <w:t>/</w:t>
      </w:r>
      <w:r>
        <w:t>η</w:t>
      </w:r>
      <w:r w:rsidRPr="00541F21">
        <w:rPr>
          <w:lang w:val="es-PE"/>
        </w:rPr>
        <w:t xml:space="preserve"> = 25 × 0,030 / 0,692 = 1,084 kW</w:t>
      </w:r>
      <w:r w:rsidRPr="00541F21">
        <w:rPr>
          <w:lang w:val="es-PE"/>
        </w:rPr>
        <w:br/>
        <w:t>T marcha = 25 000 × 0,010 / (2</w:t>
      </w:r>
      <w:r>
        <w:t>π</w:t>
      </w:r>
      <w:r w:rsidRPr="00541F21">
        <w:rPr>
          <w:lang w:val="es-PE"/>
        </w:rPr>
        <w:t xml:space="preserve"> × 6 × 0,692) = 9,583 </w:t>
      </w:r>
      <w:proofErr w:type="spellStart"/>
      <w:r w:rsidRPr="00541F21">
        <w:rPr>
          <w:lang w:val="es-PE"/>
        </w:rPr>
        <w:t>N·m</w:t>
      </w:r>
      <w:proofErr w:type="spellEnd"/>
      <w:r w:rsidRPr="00541F21">
        <w:rPr>
          <w:lang w:val="es-PE"/>
        </w:rPr>
        <w:br/>
        <w:t xml:space="preserve">T arranque de catálogo = 11,100 </w:t>
      </w:r>
      <w:proofErr w:type="spellStart"/>
      <w:r w:rsidRPr="00541F21">
        <w:rPr>
          <w:lang w:val="es-PE"/>
        </w:rPr>
        <w:t>N·m</w:t>
      </w:r>
      <w:proofErr w:type="spellEnd"/>
      <w:r w:rsidRPr="00541F21">
        <w:rPr>
          <w:lang w:val="es-PE"/>
        </w:rPr>
        <w:br/>
        <w:t xml:space="preserve">Motor = 1,500 kW     </w:t>
      </w:r>
      <w:r>
        <w:t>η</w:t>
      </w:r>
      <w:r w:rsidRPr="00541F21">
        <w:rPr>
          <w:lang w:val="es-PE"/>
        </w:rPr>
        <w:t xml:space="preserve"> transmisión exterior = 0,90</w:t>
      </w:r>
      <w:r w:rsidRPr="00541F21">
        <w:rPr>
          <w:lang w:val="es-PE"/>
        </w:rPr>
        <w:br/>
        <w:t>P disponible =</w:t>
      </w:r>
      <w:r w:rsidRPr="00541F21">
        <w:rPr>
          <w:lang w:val="es-PE"/>
        </w:rPr>
        <w:t xml:space="preserve"> 1,500 × 0,90 = 1,350 kW</w:t>
      </w:r>
      <w:r w:rsidRPr="00541F21">
        <w:rPr>
          <w:lang w:val="es-PE"/>
        </w:rPr>
        <w:br/>
        <w:t>T disponible a 1 080 rpm = 1 350 / (2</w:t>
      </w:r>
      <w:r>
        <w:t>π</w:t>
      </w:r>
      <w:r w:rsidRPr="00541F21">
        <w:rPr>
          <w:lang w:val="es-PE"/>
        </w:rPr>
        <w:t xml:space="preserve"> × 1 080 / 60) = 11,937 </w:t>
      </w:r>
      <w:proofErr w:type="spellStart"/>
      <w:r w:rsidRPr="00541F21">
        <w:rPr>
          <w:lang w:val="es-PE"/>
        </w:rPr>
        <w:t>N·m</w:t>
      </w:r>
      <w:proofErr w:type="spellEnd"/>
    </w:p>
    <w:p w14:paraId="4D48DBF5" w14:textId="77777777" w:rsidR="00070C06" w:rsidRDefault="000B0B98">
      <w:pPr>
        <w:pStyle w:val="Ttulo2"/>
      </w:pPr>
      <w:proofErr w:type="spellStart"/>
      <w:r>
        <w:t>Ciclo</w:t>
      </w:r>
      <w:proofErr w:type="spellEnd"/>
      <w:r>
        <w:t xml:space="preserve"> de </w:t>
      </w:r>
      <w:proofErr w:type="spellStart"/>
      <w:r>
        <w:t>servicio</w:t>
      </w:r>
      <w:proofErr w:type="spellEnd"/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4535"/>
      </w:tblGrid>
      <w:tr w:rsidR="00070C06" w14:paraId="3EA5CDCD" w14:textId="77777777">
        <w:trPr>
          <w:cantSplit/>
          <w:tblHeader/>
        </w:trPr>
        <w:tc>
          <w:tcPr>
            <w:tcW w:w="5102" w:type="dxa"/>
            <w:shd w:val="clear" w:color="auto" w:fill="E8EEF1"/>
          </w:tcPr>
          <w:p w14:paraId="7F2B14C0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Régimen</w:t>
            </w:r>
          </w:p>
        </w:tc>
        <w:tc>
          <w:tcPr>
            <w:tcW w:w="4535" w:type="dxa"/>
            <w:shd w:val="clear" w:color="auto" w:fill="E8EEF1"/>
          </w:tcPr>
          <w:p w14:paraId="32C80648" w14:textId="77777777" w:rsidR="00070C06" w:rsidRDefault="000B0B98">
            <w:pPr>
              <w:spacing w:before="60" w:after="60"/>
            </w:pPr>
            <w:r>
              <w:rPr>
                <w:b/>
                <w:sz w:val="18"/>
              </w:rPr>
              <w:t>Resultado</w:t>
            </w:r>
          </w:p>
        </w:tc>
      </w:tr>
      <w:tr w:rsidR="00070C06" w14:paraId="6BF5024C" w14:textId="77777777">
        <w:trPr>
          <w:cantSplit/>
        </w:trPr>
        <w:tc>
          <w:tcPr>
            <w:tcW w:w="5102" w:type="dxa"/>
          </w:tcPr>
          <w:p w14:paraId="79D4FC8C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 ciclos completos por hora</w:t>
            </w:r>
          </w:p>
        </w:tc>
        <w:tc>
          <w:tcPr>
            <w:tcW w:w="4535" w:type="dxa"/>
          </w:tcPr>
          <w:p w14:paraId="7AE98735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2 × 2 × 19,333 / 3 600 = 2,148 %</w:t>
            </w:r>
          </w:p>
        </w:tc>
      </w:tr>
      <w:tr w:rsidR="00070C06" w14:paraId="572A4B76" w14:textId="77777777">
        <w:trPr>
          <w:cantSplit/>
        </w:trPr>
        <w:tc>
          <w:tcPr>
            <w:tcW w:w="5102" w:type="dxa"/>
          </w:tcPr>
          <w:p w14:paraId="31661C2A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6 ciclos completos por hora</w:t>
            </w:r>
          </w:p>
        </w:tc>
        <w:tc>
          <w:tcPr>
            <w:tcW w:w="4535" w:type="dxa"/>
          </w:tcPr>
          <w:p w14:paraId="35534928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6 × 2 × 19,333 / 3 600 = 6,444 %</w:t>
            </w:r>
          </w:p>
        </w:tc>
      </w:tr>
      <w:tr w:rsidR="00070C06" w:rsidRPr="00541F21" w14:paraId="780165FE" w14:textId="77777777">
        <w:trPr>
          <w:cantSplit/>
        </w:trPr>
        <w:tc>
          <w:tcPr>
            <w:tcW w:w="5102" w:type="dxa"/>
          </w:tcPr>
          <w:p w14:paraId="0C9DD619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 xml:space="preserve">5 </w:t>
            </w:r>
            <w:r w:rsidRPr="00541F21">
              <w:rPr>
                <w:sz w:val="18"/>
                <w:lang w:val="es-PE"/>
              </w:rPr>
              <w:t>años × 300 días/año × 16 h/día</w:t>
            </w:r>
          </w:p>
        </w:tc>
        <w:tc>
          <w:tcPr>
            <w:tcW w:w="4535" w:type="dxa"/>
          </w:tcPr>
          <w:p w14:paraId="1E2B2399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>48 000 ciclos a 2/h; 144 000 ciclos a 6/h</w:t>
            </w:r>
          </w:p>
        </w:tc>
      </w:tr>
      <w:tr w:rsidR="00070C06" w14:paraId="68CEF19B" w14:textId="77777777">
        <w:trPr>
          <w:cantSplit/>
        </w:trPr>
        <w:tc>
          <w:tcPr>
            <w:tcW w:w="5102" w:type="dxa"/>
          </w:tcPr>
          <w:p w14:paraId="68B2B110" w14:textId="77777777" w:rsidR="00070C06" w:rsidRPr="00541F21" w:rsidRDefault="000B0B98">
            <w:pPr>
              <w:spacing w:before="60" w:after="60"/>
              <w:rPr>
                <w:lang w:val="es-PE"/>
              </w:rPr>
            </w:pPr>
            <w:r w:rsidRPr="00541F21">
              <w:rPr>
                <w:sz w:val="18"/>
                <w:lang w:val="es-PE"/>
              </w:rPr>
              <w:t>Recorrido acumulado a 6 ciclos/h</w:t>
            </w:r>
          </w:p>
        </w:tc>
        <w:tc>
          <w:tcPr>
            <w:tcW w:w="4535" w:type="dxa"/>
          </w:tcPr>
          <w:p w14:paraId="2A3FB351" w14:textId="77777777" w:rsidR="00070C06" w:rsidRDefault="000B0B98">
            <w:pPr>
              <w:spacing w:before="60" w:after="60"/>
            </w:pPr>
            <w:r>
              <w:rPr>
                <w:sz w:val="18"/>
              </w:rPr>
              <w:t>144 000 × 2 × 0,550 = 158,400 km</w:t>
            </w:r>
          </w:p>
        </w:tc>
      </w:tr>
    </w:tbl>
    <w:p w14:paraId="71A0779E" w14:textId="77777777" w:rsidR="00541F21" w:rsidRDefault="00541F21">
      <w:pPr>
        <w:rPr>
          <w:lang w:val="es-PE"/>
        </w:rPr>
      </w:pPr>
    </w:p>
    <w:p w14:paraId="6617B693" w14:textId="2256A90F" w:rsidR="00070C06" w:rsidRPr="00541F21" w:rsidRDefault="000B0B98">
      <w:pPr>
        <w:rPr>
          <w:lang w:val="es-PE"/>
        </w:rPr>
      </w:pPr>
      <w:r w:rsidRPr="00541F21">
        <w:rPr>
          <w:lang w:val="es-PE"/>
        </w:rPr>
        <w:t xml:space="preserve">Referencia: </w:t>
      </w:r>
      <w:proofErr w:type="spellStart"/>
      <w:r w:rsidRPr="00541F21">
        <w:rPr>
          <w:lang w:val="es-PE"/>
        </w:rPr>
        <w:t>Power</w:t>
      </w:r>
      <w:proofErr w:type="spellEnd"/>
      <w:r w:rsidRPr="00541F21">
        <w:rPr>
          <w:lang w:val="es-PE"/>
        </w:rPr>
        <w:t xml:space="preserve"> </w:t>
      </w:r>
      <w:proofErr w:type="spellStart"/>
      <w:r w:rsidRPr="00541F21">
        <w:rPr>
          <w:lang w:val="es-PE"/>
        </w:rPr>
        <w:t>Jacks</w:t>
      </w:r>
      <w:proofErr w:type="spellEnd"/>
      <w:r w:rsidRPr="00541F21">
        <w:rPr>
          <w:lang w:val="es-PE"/>
        </w:rPr>
        <w:t xml:space="preserve"> EBR0025. Los 25 kN corresponden al esfuerzo axial de la compuerta. La presión de 5 a 30 </w:t>
      </w:r>
      <w:r w:rsidRPr="00541F21">
        <w:rPr>
          <w:lang w:val="es-PE"/>
        </w:rPr>
        <w:t>kPa es una hipótesis de carga sobre la ventana.</w:t>
      </w:r>
    </w:p>
    <w:sectPr w:rsidR="00070C06" w:rsidRPr="00541F21" w:rsidSect="00034616">
      <w:footerReference w:type="default" r:id="rId8"/>
      <w:pgSz w:w="11906" w:h="16838"/>
      <w:pgMar w:top="964" w:right="1077" w:bottom="90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D9283" w14:textId="77777777" w:rsidR="000B0B98" w:rsidRDefault="000B0B98">
      <w:pPr>
        <w:spacing w:after="0" w:line="240" w:lineRule="auto"/>
      </w:pPr>
      <w:r>
        <w:separator/>
      </w:r>
    </w:p>
  </w:endnote>
  <w:endnote w:type="continuationSeparator" w:id="0">
    <w:p w14:paraId="628B1187" w14:textId="77777777" w:rsidR="000B0B98" w:rsidRDefault="000B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70432" w14:textId="77777777" w:rsidR="00070C06" w:rsidRDefault="000B0B98">
    <w:pPr>
      <w:pStyle w:val="Piedepgina"/>
      <w:jc w:val="right"/>
    </w:pPr>
    <w:r>
      <w:fldChar w:fldCharType="begin"/>
    </w:r>
    <w:r>
      <w:instrText>PAGE</w:instrText>
    </w:r>
    <w:r>
      <w:fldChar w:fldCharType="separate"/>
    </w:r>
    <w:r w:rsidR="00541F2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9E591" w14:textId="77777777" w:rsidR="000B0B98" w:rsidRDefault="000B0B98">
      <w:pPr>
        <w:spacing w:after="0" w:line="240" w:lineRule="auto"/>
      </w:pPr>
      <w:r>
        <w:separator/>
      </w:r>
    </w:p>
  </w:footnote>
  <w:footnote w:type="continuationSeparator" w:id="0">
    <w:p w14:paraId="0AD55F95" w14:textId="77777777" w:rsidR="000B0B98" w:rsidRDefault="000B0B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06"/>
    <w:rsid w:val="000B0B98"/>
    <w:rsid w:val="0015074B"/>
    <w:rsid w:val="0029639D"/>
    <w:rsid w:val="00326F90"/>
    <w:rsid w:val="00541F2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1A643D3"/>
  <w14:defaultImageDpi w14:val="300"/>
  <w15:docId w15:val="{35269AD8-A43C-48F3-A947-2FB186C5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1133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Tolva Informe de calculos</dc:title>
  <dc:subject>SESUVECA SAC</dc:subject>
  <dc:creator>JAVIER ACEVEDO</dc:creator>
  <cp:keywords/>
  <dc:description/>
  <cp:lastModifiedBy>pablo javier acevedo crisologo</cp:lastModifiedBy>
  <cp:revision>2</cp:revision>
  <dcterms:created xsi:type="dcterms:W3CDTF">2013-12-23T23:15:00Z</dcterms:created>
  <dcterms:modified xsi:type="dcterms:W3CDTF">2026-09-28T19:30:00Z</dcterms:modified>
  <cp:category/>
</cp:coreProperties>
</file>